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8FFDC" w14:textId="77777777" w:rsidR="00DF05F9" w:rsidRDefault="00000000">
      <w:pPr>
        <w:jc w:val="center"/>
      </w:pPr>
      <w:r>
        <w:t>หนังสือสัญญาโอนหุ้นในบริษัทจำกัด</w:t>
      </w:r>
    </w:p>
    <w:p w14:paraId="428C66F9" w14:textId="77777777" w:rsidR="00DF05F9" w:rsidRDefault="00000000">
      <w:r>
        <w:t>หนังสือสัญญาฉบับนี้ได้ทำขึ้น ณ ............................................................</w:t>
      </w:r>
      <w:r>
        <w:br/>
        <w:t>เมื่อวันที่ .............. เดือน .......................... พ.ศ. .......................</w:t>
      </w:r>
      <w:r>
        <w:br/>
        <w:t>เพื่อเป็นหลักฐานแสดงการโอนหุ้นของบริษัท .......................................... จำกัด</w:t>
      </w:r>
      <w:r>
        <w:br/>
        <w:t>ทะเบียนเลขที่ ....................... / .......................</w:t>
      </w:r>
      <w:r>
        <w:br/>
      </w:r>
      <w:r>
        <w:br/>
        <w:t>ข้อ 1. ผู้โอนชื่อ ..............................................................................................</w:t>
      </w:r>
      <w:r>
        <w:br/>
        <w:t>ข้อ 2. ผู้รับโอนชื่อ ............................................................ อยู่บ้านเลขที่ .......................</w:t>
      </w:r>
      <w:r>
        <w:br/>
        <w:t>ตรอก/ซอย ...........................................................</w:t>
      </w:r>
      <w:r>
        <w:br/>
        <w:t>ตำบล/แขวง ......................................................</w:t>
      </w:r>
      <w:r>
        <w:br/>
        <w:t>อำเภอ/เขต .........................................................</w:t>
      </w:r>
      <w:r>
        <w:br/>
        <w:t>จังหวัด ....................................................................</w:t>
      </w:r>
      <w:r>
        <w:br/>
      </w:r>
      <w:r>
        <w:br/>
        <w:t>ข้อ 3. ผู้โอนตกลงโอนหุ้นหมายเลขที่ .................... ถึงหมายเลขที่ ....................</w:t>
      </w:r>
      <w:r>
        <w:br/>
        <w:t>รวมจำนวน ............... หุ้น ดังที่ระบุไว้ในหุ้นเลขที่ .........................................</w:t>
      </w:r>
      <w:r>
        <w:br/>
        <w:t>ผู้โอนและผู้รับโอนได้โอนกรรมสิทธิ์ในหุ้นดังกล่าวแล้วตามข้างต้นนี้โดยการ</w:t>
      </w:r>
      <w:r>
        <w:br/>
        <w:t>.............................................................. แก่กัน ตั้งแต่วันที่ ..............</w:t>
      </w:r>
      <w:r>
        <w:br/>
        <w:t>เดือน .................... พ.ศ. ....................... รวมเป็นเงิน ..................... บาท</w:t>
      </w:r>
      <w:r>
        <w:br/>
        <w:t>(.........................................................)</w:t>
      </w:r>
      <w:r>
        <w:br/>
        <w:t>ผู้โอนยอมขาดจากการเป็นผู้ถือหุ้น และผู้รับโอนยอมเข้าเป็นผู้ถือหุ้นในบริษัท</w:t>
      </w:r>
      <w:r>
        <w:br/>
        <w:t>......................................................... จำกัด</w:t>
      </w:r>
      <w:r>
        <w:br/>
      </w:r>
      <w:r>
        <w:br/>
        <w:t>ข้อ 4. ผู้โอนได้รับเงินค่าหุ้นตามสัญญาข้อ 3 เรียบร้อยแล้ว</w:t>
      </w:r>
    </w:p>
    <w:p w14:paraId="1F57464F" w14:textId="77777777" w:rsidR="00DF05F9" w:rsidRDefault="00000000">
      <w:r>
        <w:t>ลงชื่อ .................................................... ผู้โอน</w:t>
      </w:r>
      <w:r>
        <w:br/>
        <w:t>(....................................................)</w:t>
      </w:r>
      <w:r>
        <w:br/>
      </w:r>
      <w:r>
        <w:br/>
        <w:t>ลงชื่อ .................................................... ผู้รับโอน</w:t>
      </w:r>
      <w:r>
        <w:br/>
        <w:t>(....................................................)</w:t>
      </w:r>
      <w:r>
        <w:br/>
      </w:r>
      <w:r>
        <w:br/>
      </w:r>
      <w:r>
        <w:lastRenderedPageBreak/>
        <w:t>ลงชื่อ .................................................... พยาน</w:t>
      </w:r>
      <w:r>
        <w:br/>
        <w:t>(....................................................)</w:t>
      </w:r>
      <w:r>
        <w:br/>
      </w:r>
      <w:r>
        <w:br/>
        <w:t>ลงชื่อ .................................................... พยาน</w:t>
      </w:r>
      <w:r>
        <w:br/>
        <w:t>(....................................................)</w:t>
      </w:r>
      <w:r>
        <w:br/>
      </w:r>
      <w:r>
        <w:br/>
        <w:t>อนุมัติให้โอนหุ้นข้างต้นนี้ได้</w:t>
      </w:r>
      <w:r>
        <w:br/>
      </w:r>
      <w:r>
        <w:br/>
        <w:t>ลงชื่อ .................................................... ผู้มีอำนาจ</w:t>
      </w:r>
      <w:r>
        <w:br/>
        <w:t>(....................................................)</w:t>
      </w:r>
    </w:p>
    <w:sectPr w:rsidR="00DF05F9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96734938">
    <w:abstractNumId w:val="8"/>
  </w:num>
  <w:num w:numId="2" w16cid:durableId="2080663129">
    <w:abstractNumId w:val="6"/>
  </w:num>
  <w:num w:numId="3" w16cid:durableId="712660737">
    <w:abstractNumId w:val="5"/>
  </w:num>
  <w:num w:numId="4" w16cid:durableId="2086606389">
    <w:abstractNumId w:val="4"/>
  </w:num>
  <w:num w:numId="5" w16cid:durableId="515461040">
    <w:abstractNumId w:val="7"/>
  </w:num>
  <w:num w:numId="6" w16cid:durableId="1004817584">
    <w:abstractNumId w:val="3"/>
  </w:num>
  <w:num w:numId="7" w16cid:durableId="1350719925">
    <w:abstractNumId w:val="2"/>
  </w:num>
  <w:num w:numId="8" w16cid:durableId="702904858">
    <w:abstractNumId w:val="1"/>
  </w:num>
  <w:num w:numId="9" w16cid:durableId="513423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5B0A7E"/>
    <w:rsid w:val="0082329D"/>
    <w:rsid w:val="00AA1D8D"/>
    <w:rsid w:val="00B47730"/>
    <w:rsid w:val="00CB0664"/>
    <w:rsid w:val="00DF05F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52D2ABE"/>
  <w14:defaultImageDpi w14:val="300"/>
  <w15:docId w15:val="{6DDB0B58-3000-49C5-9DFF-15F70307C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H SarabunPSK" w:eastAsia="TH SarabunPSK" w:hAnsi="TH SarabunPSK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2239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Poovong Posai</cp:lastModifiedBy>
  <cp:revision>2</cp:revision>
  <dcterms:created xsi:type="dcterms:W3CDTF">2025-07-10T09:07:00Z</dcterms:created>
  <dcterms:modified xsi:type="dcterms:W3CDTF">2025-07-10T09:07:00Z</dcterms:modified>
  <cp:category/>
</cp:coreProperties>
</file>