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E286D" w14:textId="77777777" w:rsidR="00B41A49" w:rsidRDefault="00000000">
      <w:pPr>
        <w:jc w:val="center"/>
      </w:pPr>
      <w:r>
        <w:t>หนังสือสัญญาจะโอนสิทธิการเช่า</w:t>
      </w:r>
    </w:p>
    <w:p w14:paraId="3F71C872" w14:textId="77777777" w:rsidR="00B41A49" w:rsidRDefault="00000000">
      <w:r>
        <w:t>ทำที่……………………………………………</w:t>
      </w:r>
      <w:r>
        <w:br/>
        <w:t>วันที่ ………………………………… ……………………</w:t>
      </w:r>
      <w:r>
        <w:br/>
      </w:r>
      <w:r>
        <w:br/>
        <w:t xml:space="preserve">หนังสือสัญญานี้ทำขึ้นระหว่าง………………………………………………………………………. บ้านเลขที่……….….……………..ถนน……………………ตำบล…………………อำเภอ……………… จังหวัด…………………………...………ซึ่งต่อไปในสัญญานี้จะเรียกว่า “ผู้โอน” ฝ่ายหนึ่ง  </w:t>
      </w:r>
      <w:r>
        <w:br/>
        <w:t>กับ……………… ……………………..…………………. อยู่บ้านเลขที่…………………………… ถนน …………………………ตำบล.………………อำเภอ………………จังหวัด……………………………</w:t>
      </w:r>
      <w:r>
        <w:br/>
        <w:t>ซึ่งต่อไปในสัญญานี้จะเรียกว่า “ผู้รับโอน” อีกฝ่ายหนึ่ง</w:t>
      </w:r>
      <w:r>
        <w:br/>
      </w:r>
      <w:r>
        <w:br/>
        <w:t>ทั้งสองฝ่ายตกลงทำสัญญากันมีข้อความสำคัญดังต่อไปนี้  :-</w:t>
      </w:r>
      <w:r>
        <w:br/>
      </w:r>
      <w:r>
        <w:br/>
        <w:t>ข้อ 1. ผู้โอนมีสิทธิการเช่าอาคารสองชั้น เลขที่ …………..…………ถนน ………………………. ตำบล.………………………อำเภอ………………… …………กรุงเทพมหานคร</w:t>
      </w:r>
      <w:r>
        <w:br/>
      </w:r>
      <w:r>
        <w:br/>
        <w:t xml:space="preserve">ข้อ 2. ผู้โอนตกลงโอนสิทธิ และผู้รับโอนตกลงรับโอนสิทธิการเช่าดังกล่าวในราคา ………………บาท (……………………………) โดยแบ่งชำระเป็นงวด ๆ ดังนี้  </w:t>
      </w:r>
      <w:r>
        <w:br/>
        <w:t xml:space="preserve">งวดที่สอง ชำระภายในวันที่ …………………..เป็นเงิน……………………บาท (……………………………) โดยเช็คธนาคาร ……………………สาขา……………………………………เช็คเลขที่……………………………ลงวันที่…………………สั่งจ่ายเงิน………………..บาท (………………………)  </w:t>
      </w:r>
      <w:r>
        <w:br/>
        <w:t xml:space="preserve">งวดที่ต่อไป ๆ งวดละ ………………..บาท (……………………..) เริ่มวันที่ …………………………… และทุก ๆ วันที่ ……………………ของเดือนถัดไปจนครบ โดยผู้รับโอนได้มอบเช็คธนาคาร……………… สาขา…………………….เช็คเลขที่……………………ถึง ………………….รวม ……………………..ฉบับ  </w:t>
      </w:r>
      <w:r>
        <w:br/>
        <w:t>สั่งจ่ายเงินฉบับละ …..……………… บาท (………………………………) มอบให้แก่ผู้โอนเพื่อชำระหนี้ ดังกล่าว</w:t>
      </w:r>
      <w:r>
        <w:br/>
      </w:r>
      <w:r>
        <w:br/>
        <w:t>ข้อ 3. เมื่อผู้รับโอนชำระเงินดังกล่าวข้างต้นครบถ้วนแล้ว ผู้โอนต้องดำเนินการให้เจ้าของกรรมสิทธิ์โอนสิทธิการเช่าให้แก่ผู้รับโอน</w:t>
      </w:r>
      <w:r>
        <w:br/>
      </w:r>
      <w:r>
        <w:br/>
        <w:t>ข้อ 4. หากเจ้าของกรรมสิทธิ์ไม่ยอมโอนสิทธิการเช่าให้แก่ผู้รับโอน ผู้โอนยอมคืนเงินที่ได้รับมาทั้งหมดแก่ผู้รับโอนทันที</w:t>
      </w:r>
      <w:r>
        <w:br/>
      </w:r>
      <w:r>
        <w:lastRenderedPageBreak/>
        <w:br/>
        <w:t>ข้อ 5. หากผู้รับโอนผิดนัดผิดสัญญาไม่ชำระค่าโอนสิทธิการเช่างวดหนึ่งงวดใด ผู้รับโอนยอมให้ผู้โอนบอกเลิกสัญญา และยอมให้ริบเงินที่ไม่ชำระหนี้ไว้ก่อนแล้วทันที</w:t>
      </w:r>
      <w:r>
        <w:br/>
      </w:r>
      <w:r>
        <w:br/>
        <w:t>หากผู้โอนผิดสัญญาผิดสัญญานี้ทำขึ้นสองฉบับมีข้อความถูกต้องตรงกัน ต่างยึดถือไว้คนละฉบับและได้อ่านข้อความในสัญญานี้โดยตลอดแล้ว เห็นว่าถูกต้องตรงกับเจตนาของตนจึงได้ลงลายมือชื่อต่อหน้าพยานเป็นสำคัญ</w:t>
      </w:r>
    </w:p>
    <w:p w14:paraId="0B239802" w14:textId="77777777" w:rsidR="00B41A49" w:rsidRDefault="00000000">
      <w:r>
        <w:t>ลงชื่อ……………………………………ผู้โอน</w:t>
      </w:r>
      <w:r>
        <w:br/>
        <w:t>(……………………………………………)</w:t>
      </w:r>
      <w:r>
        <w:br/>
      </w:r>
      <w:r>
        <w:br/>
        <w:t>ลงชื่อ…………………………………….ผู้รับโอน</w:t>
      </w:r>
      <w:r>
        <w:br/>
        <w:t>(…………………………………………)</w:t>
      </w:r>
      <w:r>
        <w:br/>
      </w:r>
      <w:r>
        <w:br/>
        <w:t>ลงชื่อ……………………………………พยาน</w:t>
      </w:r>
      <w:r>
        <w:br/>
        <w:t xml:space="preserve">(……………………………………….)                                                                                                                                                                  </w:t>
      </w:r>
      <w:r>
        <w:br/>
      </w:r>
      <w:r>
        <w:br/>
        <w:t>ลงชื่อ……………………………………พยาน</w:t>
      </w:r>
      <w:r>
        <w:br/>
        <w:t>(…………………………………………)</w:t>
      </w:r>
    </w:p>
    <w:sectPr w:rsidR="00B41A4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21254329">
    <w:abstractNumId w:val="8"/>
  </w:num>
  <w:num w:numId="2" w16cid:durableId="1674213856">
    <w:abstractNumId w:val="6"/>
  </w:num>
  <w:num w:numId="3" w16cid:durableId="925651615">
    <w:abstractNumId w:val="5"/>
  </w:num>
  <w:num w:numId="4" w16cid:durableId="1516723984">
    <w:abstractNumId w:val="4"/>
  </w:num>
  <w:num w:numId="5" w16cid:durableId="796723212">
    <w:abstractNumId w:val="7"/>
  </w:num>
  <w:num w:numId="6" w16cid:durableId="319506676">
    <w:abstractNumId w:val="3"/>
  </w:num>
  <w:num w:numId="7" w16cid:durableId="1924335977">
    <w:abstractNumId w:val="2"/>
  </w:num>
  <w:num w:numId="8" w16cid:durableId="91246686">
    <w:abstractNumId w:val="1"/>
  </w:num>
  <w:num w:numId="9" w16cid:durableId="52126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A5032D"/>
    <w:rsid w:val="00AA1D8D"/>
    <w:rsid w:val="00B41A49"/>
    <w:rsid w:val="00B47730"/>
    <w:rsid w:val="00BF213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293B53"/>
  <w14:defaultImageDpi w14:val="300"/>
  <w15:docId w15:val="{A2C7A545-7A13-4345-9915-05FDB7464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PSK" w:eastAsia="TH SarabunPSK" w:hAnsi="TH SarabunPSK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Poovong Posai</cp:lastModifiedBy>
  <cp:revision>2</cp:revision>
  <dcterms:created xsi:type="dcterms:W3CDTF">2025-07-10T09:09:00Z</dcterms:created>
  <dcterms:modified xsi:type="dcterms:W3CDTF">2025-07-10T09:09:00Z</dcterms:modified>
  <cp:category/>
</cp:coreProperties>
</file>