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FE194" w14:textId="77777777" w:rsidR="00C221CD" w:rsidRDefault="00000000">
      <w:r>
        <w:t>สัญญาเช่า</w:t>
      </w:r>
    </w:p>
    <w:p w14:paraId="761DA834" w14:textId="77777777" w:rsidR="00C221CD" w:rsidRDefault="00C221CD"/>
    <w:p w14:paraId="6ACAD0FE" w14:textId="77777777" w:rsidR="00C221CD" w:rsidRDefault="00000000">
      <w:r>
        <w:t>ทำที่……………………………………………</w:t>
      </w:r>
    </w:p>
    <w:p w14:paraId="01C09517" w14:textId="77777777" w:rsidR="00C221CD" w:rsidRDefault="00000000">
      <w:r>
        <w:t>วันที่ ………………… ……………..……………</w:t>
      </w:r>
    </w:p>
    <w:p w14:paraId="54244DB9" w14:textId="77777777" w:rsidR="00C221CD" w:rsidRDefault="00C221CD"/>
    <w:p w14:paraId="0FC69F29" w14:textId="77777777" w:rsidR="00C221CD" w:rsidRDefault="00000000">
      <w:r>
        <w:t>สัญญาเช่าฉบับนี้ทำขึ้นระหว่าง……………………………………………ซึ่งต่อไปในสัญญานี้</w:t>
      </w:r>
    </w:p>
    <w:p w14:paraId="51D4900E" w14:textId="77777777" w:rsidR="00C221CD" w:rsidRDefault="00000000">
      <w:r>
        <w:t>จะเรียกว่า “ผู้ให้เช่า”   ฝ่ายหนึ่ง กับ …………………...…………………อยู่บ้านเลขที่…..……………... ซอย………………………ถนน………………. แขวง………….……….เขต……………………….….</w:t>
      </w:r>
    </w:p>
    <w:p w14:paraId="62A750B6" w14:textId="77777777" w:rsidR="00C221CD" w:rsidRDefault="00000000">
      <w:r>
        <w:t>จังหวัด……………………………ถือบัตรประชาชนเลขที่ ……………………………………………...ออกให้ ณ …………………….………………เมื่อวันที่…………………………………………………</w:t>
      </w:r>
    </w:p>
    <w:p w14:paraId="47D037F9" w14:textId="77777777" w:rsidR="00C221CD" w:rsidRDefault="00000000">
      <w:r>
        <w:t>ซึ่งต่อไปในสัญญาจะเรียกว่า “ผู้เช่า” อีกฝ่ายหนึ่ง คู่สัญญาทั้งสองฝ่ายตดลงทำสัญญากันโดยมีเงื่อนไขและรายละเอียดดังต่อไปนี้</w:t>
      </w:r>
    </w:p>
    <w:p w14:paraId="1A002DD7" w14:textId="77777777" w:rsidR="00C221CD" w:rsidRDefault="00000000">
      <w:r>
        <w:t>ข้อ  1.  ผู้ให้เช่าตกลงให้เช่าและผู้เช่าตกลงเช่าตึกแถวจำนวนหนึ่งห้อง   คือห้องเลขที่…………..</w:t>
      </w:r>
    </w:p>
    <w:p w14:paraId="13EB578B" w14:textId="77777777" w:rsidR="00C221CD" w:rsidRDefault="00000000">
      <w:r>
        <w:t>ตรอก………………………………..แขวง…………………………เขต…………………………………</w:t>
      </w:r>
    </w:p>
    <w:p w14:paraId="468A1915" w14:textId="77777777" w:rsidR="00C221CD" w:rsidRDefault="00000000">
      <w:r>
        <w:t>จังหวัด  เพื่อประโยชน์ในการที่ผู้เช่าอยู่อาศัยหรือประกอบการค้าที่ไม่จัดเข้าเป็นประเภทอุตสาหกรรมตาม กฎหมาย   โดยกำหนดระยะเวลาการเช่ากันไว้เป็นเวลาหนึ่งปี  เริ่มตั้งแต่วันที่…………. ถึงวันที่…</w:t>
      </w:r>
    </w:p>
    <w:p w14:paraId="3AF10D33" w14:textId="77777777" w:rsidR="00C221CD" w:rsidRDefault="00000000">
      <w:r>
        <w:t>…………………………..</w:t>
      </w:r>
    </w:p>
    <w:p w14:paraId="4C943DCF" w14:textId="77777777" w:rsidR="00C221CD" w:rsidRDefault="00000000">
      <w:r>
        <w:t>ข้อ  2.  ผู้เช่าตกลงชำระเงินค่าเช่าให้ผู้ให้เช่าเป็นรายเดือน   โดยกำหนดชำระภายในวันที่ 5 ของแต่ละเดือนทุกเดือน   ในอัตราเช่าหกเดือนแรกของระยะเวลาการเช่าเดือนละหนึ่งหมื่นบาทถ้วน และหกเดือนต่อไปเดือนละ ……………………………….บาท (……………………………………)</w:t>
      </w:r>
    </w:p>
    <w:p w14:paraId="6E1417B2" w14:textId="77777777" w:rsidR="00C221CD" w:rsidRDefault="00000000">
      <w:r>
        <w:lastRenderedPageBreak/>
        <w:t>ข้อ  3.  การชำระค่าเช่านั้น ผู้เช่าจะต้องนำเงินค่าเช่าไปชำระกับผู้ให้เช่า ณ ภูมินำเลาของผู้ให้เช่าและการที่ให้เช่าหรือตัวแทนผู้ให้เช่าไปเก็บเงินค่าเช่ากับผู้เช่า   ย่อมไม่ลบล้างหน้าที่ของผู้เช่าดังกล่าว</w:t>
      </w:r>
    </w:p>
    <w:p w14:paraId="13DDFE47" w14:textId="77777777" w:rsidR="00C221CD" w:rsidRDefault="00000000">
      <w:r>
        <w:t>ข้อ  4.  ตลอดระยะเวลาการเช่าตามสัญญานี้ ผู้เช่าต้องรับผิดชอบต่อความเสียหายหรือบุบสลายของสาย-เครื่องโทรศัพท์    หมายเลข …………………………..กับหมายเลข…………………………..</w:t>
      </w:r>
    </w:p>
    <w:p w14:paraId="4670B1F3" w14:textId="77777777" w:rsidR="00C221CD" w:rsidRDefault="00000000">
      <w:r>
        <w:t>ที่ติดตั้งอยู่ในตักแถวที่เช่า  และผู้เช่าต้องชำระค่าน้ำประปา  ค่าไฟฟ้า  ค่าโทรศัพท์ทั้งสองหมายเลข        ดังกล่าวเองในกรณีที่สาย-เครื่องโทรศัพท์ทั้งสองหมายเลขก็ดี หรือผู้เช่าติดค้างค่าน้ำประปา ค่าไฟฟ้า ค่าเช่าโทรศัพท์ทั้งสองหมายเลขก็ดี ผู้เช่ายอมให้ผู้ให้เช่าเรียกเก็บหรือหักทอนเงิน สำหรับค่าเสียหาย ค่าน้ำประปา ค่าไฟฟ้า ค่าเช่าโทรศัพท์ทั้งสองหมายเลข เอากับผู้เช่าได้ทันที</w:t>
      </w:r>
    </w:p>
    <w:p w14:paraId="6C678E0B" w14:textId="77777777" w:rsidR="00C221CD" w:rsidRDefault="00000000">
      <w:r>
        <w:t>อนึ่ง  ผู้เช่าตกลงว่าจะนำหรือส่งใบเสร็จค่าน้ำประปา ค่าไฟฟ้า  ค่าเช่าโทรศัพท์ทั้งสองหมายเลขมาให้ผู้ให้เช่าทุก ๆ  เดือน</w:t>
      </w:r>
    </w:p>
    <w:p w14:paraId="5BC122DF" w14:textId="77777777" w:rsidR="00C221CD" w:rsidRDefault="00000000">
      <w:r>
        <w:t>ข้อ  5.  ใบเสร็จค่าเช่าที่มูลนิธิเล็กโกเมศออกให้เพราะเก็บค่าเช่าจากตึกแถวตามสัญญานี้ผู้เช่าตกลงว่าจะนำ หรือส่งใบเสร็จดังกล่าว มาให้ผู้ให้เช่าทุก ๆ   เดือนด้วยเช่นกัน</w:t>
      </w:r>
    </w:p>
    <w:p w14:paraId="1B63ADFD" w14:textId="77777777" w:rsidR="00C221CD" w:rsidRDefault="00000000">
      <w:r>
        <w:t>ข้อ  6.  ผู้เช่าเป็นผู้ชำระค่าภาษีโรงเรือนและค่าภาษีที่ดินแทนผู้ให้เช่า</w:t>
      </w:r>
    </w:p>
    <w:p w14:paraId="5A1688BE" w14:textId="77777777" w:rsidR="00C221CD" w:rsidRDefault="00000000">
      <w:r>
        <w:t>ข้อ  7.  ผู้เช่าจะใช้ทรัพย์สินที่เช่าเพื่อการอย่างนอกจากที่ระบุไว้ในข้อ 1   แห่งสัญญานี้ได้โดยได้รับความยินยอมเป็นหนังสือจากผู้ให้เช่า แต่ผู้เช่าจะใช้ทรัพย์สินที่เช่าเพื่อการอันไม่ชอบด้วยกฎหมายนั้นไม่ได้อย่างเด็ดขาด</w:t>
      </w:r>
    </w:p>
    <w:p w14:paraId="2D88C5F4" w14:textId="77777777" w:rsidR="00C221CD" w:rsidRDefault="00000000">
      <w:r>
        <w:t>ข้อ  8.  ผู้เช่าต้องรักษาดูแลทรัพย์สินที่เช่าเสมือนทรัพย์ของตนเอง และต้องรักษาความสะอาดตลอดจนความสงบเรียบร้อยตามกฎหมายทุกประการ</w:t>
      </w:r>
    </w:p>
    <w:p w14:paraId="731EEED0" w14:textId="77777777" w:rsidR="00C221CD" w:rsidRDefault="00000000">
      <w:r>
        <w:t>ข้อ  9.  ผู้เช่าจะโอนสิทธิการเช่าตามสัญญานี้ หรือจะนำทรัพย์สินที่เช่าไปให้ผู้อื่นเช่าช่วงไม่ได้เว้นแต่ผู้เช่าได้รับความยินยอมจากผู้ให้เช่าเป็นหนังสือแล้ว</w:t>
      </w:r>
    </w:p>
    <w:p w14:paraId="04BCA537" w14:textId="77777777" w:rsidR="00C221CD" w:rsidRDefault="00000000">
      <w:r>
        <w:lastRenderedPageBreak/>
        <w:t>ข้อ  10.  ผู้เช่าจะดัดแปลงต่อเติมเปลี่ยนแปลงหรือรื้อถอนทรัพย์สินที่เช่าทั้งหมดหรือแต่บางส่วนได้ต่อเมื่อได้รับความยินยอมเป็นหนังสือจากผู้ให้เช่า</w:t>
      </w:r>
    </w:p>
    <w:p w14:paraId="541AE800" w14:textId="77777777" w:rsidR="00C221CD" w:rsidRDefault="00000000">
      <w:r>
        <w:t>ข้อ  11.   ผู้เช่าต้องรับผิดชอบในบรรดาความเสียหายหรือบุบสลายใด ๆ อันเกิดขึ้นแก่ทรัพย์สินที่เช่า เพราะความผิดของผู้เช่าหรือเช่าช่วงหรือบุคคลซึ่งอยู่กับผู้เช่า หรือบุคคลที่จัดเข้าเป็นบริวารของผู้เช่า</w:t>
      </w:r>
    </w:p>
    <w:p w14:paraId="27432A9C" w14:textId="77777777" w:rsidR="00C221CD" w:rsidRDefault="00000000">
      <w:r>
        <w:t>ข้อ  12.   ผู้เช่าต้องอำนวยความสะดวกแก่ผู้ให้เช่า หรือตัวแทนผู้ให้เช่าในการตรวจตราทรัพย์สินที่เช่าทุกครั้งไป</w:t>
      </w:r>
    </w:p>
    <w:p w14:paraId="56C657A5" w14:textId="77777777" w:rsidR="00C221CD" w:rsidRDefault="00000000">
      <w:r>
        <w:t>ข้อ  13.  การเช่าตามสัญญานี้ย่อมสิ้นสุดลงก่อนครบกำหนดระยะเวลาที่ระบุไว้ในสัญญาเมื่อ   ปรากฏว่าทรัพย์สินที่เช่าพินาศโดยสิ้นเชิงหรือเป็นส่วนใหญ่เพราะอัคคีภัยหรือวินาศภัยอื่นใด</w:t>
      </w:r>
    </w:p>
    <w:p w14:paraId="121D3EE5" w14:textId="77777777" w:rsidR="00C221CD" w:rsidRDefault="00000000">
      <w:r>
        <w:t>ข้อ  14.   ถ้าผู้เช่าผิดสัญญาไม่ชำระค่าเช่าตามกำหนดในข้อ 2.  ผู้ให้เช่าย่อมทรงสิทธิไว้ในการกลับเข้าครอบครองตึกแถวที่เช่าตามสัญญานี้ได้โดยพลัน   และผู้เช่าย่อมให้ผู้ให้เช่าย้ายบุคคลหรือทรัพย์สินของผู้เช่าออกไปจากตึกแถวที่เช่าตามสัญญานี้ได้อีกด้วย</w:t>
      </w:r>
    </w:p>
    <w:p w14:paraId="07028487" w14:textId="77777777" w:rsidR="00C221CD" w:rsidRDefault="00000000">
      <w:r>
        <w:t>ข้อ  15.  ผู้ให้เช่าย่อมใช้สิทธิบอกกล่าวให้ผู้เช่าปฏิบัติตามสัญญานี้ หรือบอกเลิกสัญญานี้หรือเรียกค่าเสียหายกับผู้ให้เช่าได้ทันที เมื่อปรากฏว่าผู้เช่าผิดสัญญาตามสัญญานี้ข้อใดข้อหนึ่งหรือหลายข้อรวมกัน</w:t>
      </w:r>
    </w:p>
    <w:p w14:paraId="06A2DE67" w14:textId="77777777" w:rsidR="00C221CD" w:rsidRDefault="00000000">
      <w:r>
        <w:t>ข้อ  16.  ผู้เช่ายอมชดใช้ดอกเบี้ยในอัตราร้อยละ 15 ต่อปี   ของยอดเงินค่าเช่าที่ค้างชำระผู้ให้เช่าหรือค่าเสียหายที่ผู้ให้เช่าเรียกเอาจากผู้เช่าได้ ตลอดจนค่าใช้จ่ายต่าง ๆ   ที่ผู้ให้เช่าต้องเสียไปเพื่อการทวงถามให้ชำระเงินค่าเช่าอีกด้วย</w:t>
      </w:r>
    </w:p>
    <w:p w14:paraId="313AC11A" w14:textId="77777777" w:rsidR="00C221CD" w:rsidRDefault="00000000">
      <w:r>
        <w:t>ข้อ  17.  ผู้เช่าต้องขนย้ายทรัพย์สินและบริวารของผู้เช่าและส่งมอบทรัพย์สินที่เช่าคืนให้แก่ผู้เช่าในสภาพปกติทันทีเมื่อสัญญานี้สิ้นสุดลงหือเลิกกัน   หากผู้เช่าไม่ปฏิบัติตามความในข้อนี้เช่ายอมชดใช้ค่าปรับให้แก่ผู้เช่าในอัตราวันละ …………….บาท (……………………………)   นับแต่วันที่สัญญาเช่านี้เลิกกันหรือสัญญาเช่านี้สิ้นสุดลง จนกว่าจะมีการส่งมอบทรัพย์สินที่เช่าคืนให้แก่ผู้ให้เช่าแล้ว</w:t>
      </w:r>
    </w:p>
    <w:p w14:paraId="360ED850" w14:textId="77777777" w:rsidR="00C221CD" w:rsidRDefault="00000000">
      <w:r>
        <w:lastRenderedPageBreak/>
        <w:t>ข้อ  18.  ในวันทำสัญญาที่ผู้เช่าได้ตรวจตราทรัพย์สินที่เช่าแล้ว เห็นว่ามีสภาพปกติดีทุกประการและผู้ให้เช่าได้ส่งทรัพย์สินที่เช่าให้แก่ผู้เช่าแล้ว คู่สัญญาเห็นว่าถูกต้องตามเจตนาแห่งตน และทั้งสองฝ่ายเข้าใจข้อความแห่งสัญญานี้ทั้งหมดดีแล้ว จึงลงลายมือชื่อไว้เป็นหลักฐานสำคัญต่อหนจ้าพยาน และต่างฝ่ายต่างยึดไว้ฝ่ายละฉบับ</w:t>
      </w:r>
    </w:p>
    <w:p w14:paraId="728D550B" w14:textId="77777777" w:rsidR="00C221CD" w:rsidRDefault="00C221CD"/>
    <w:p w14:paraId="33047AFC" w14:textId="77777777" w:rsidR="00C221CD" w:rsidRDefault="00000000">
      <w:r>
        <w:t>ลงชื่อ……………………………………ผู้ให้เช่า   ลงชื่อ…………………………………….ผู้เช่า</w:t>
      </w:r>
    </w:p>
    <w:p w14:paraId="4DEEF647" w14:textId="77777777" w:rsidR="00C221CD" w:rsidRDefault="00000000">
      <w:r>
        <w:t>(……………………………………)                      (……………………………………)</w:t>
      </w:r>
    </w:p>
    <w:p w14:paraId="636AEEBD" w14:textId="77777777" w:rsidR="00C221CD" w:rsidRDefault="00C221CD"/>
    <w:p w14:paraId="1855A68C" w14:textId="77777777" w:rsidR="00C221CD" w:rsidRDefault="00000000">
      <w:r>
        <w:t>ลงชื่อ……………………………………พยาน</w:t>
      </w:r>
      <w:r>
        <w:tab/>
        <w:t>ลงชื่อ……………………………………พยาน</w:t>
      </w:r>
    </w:p>
    <w:p w14:paraId="28E31331" w14:textId="77777777" w:rsidR="00C221CD" w:rsidRDefault="00000000">
      <w:r>
        <w:t>(……………………………………)                       (……………………………………)</w:t>
      </w:r>
    </w:p>
    <w:sectPr w:rsidR="00C221C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52985431">
    <w:abstractNumId w:val="8"/>
  </w:num>
  <w:num w:numId="2" w16cid:durableId="204104376">
    <w:abstractNumId w:val="6"/>
  </w:num>
  <w:num w:numId="3" w16cid:durableId="1666397883">
    <w:abstractNumId w:val="5"/>
  </w:num>
  <w:num w:numId="4" w16cid:durableId="1578055238">
    <w:abstractNumId w:val="4"/>
  </w:num>
  <w:num w:numId="5" w16cid:durableId="1756587795">
    <w:abstractNumId w:val="7"/>
  </w:num>
  <w:num w:numId="6" w16cid:durableId="953291821">
    <w:abstractNumId w:val="3"/>
  </w:num>
  <w:num w:numId="7" w16cid:durableId="1081635393">
    <w:abstractNumId w:val="2"/>
  </w:num>
  <w:num w:numId="8" w16cid:durableId="506360695">
    <w:abstractNumId w:val="1"/>
  </w:num>
  <w:num w:numId="9" w16cid:durableId="1036396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AA1D8D"/>
    <w:rsid w:val="00B21AC5"/>
    <w:rsid w:val="00B47730"/>
    <w:rsid w:val="00C221CD"/>
    <w:rsid w:val="00C42DBA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8B8275"/>
  <w14:defaultImageDpi w14:val="300"/>
  <w15:docId w15:val="{2837A5D7-12FF-453F-8579-8A303D235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PSK" w:eastAsia="TH SarabunPSK" w:hAnsi="TH SarabunPSK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Poovong Posai</cp:lastModifiedBy>
  <cp:revision>2</cp:revision>
  <dcterms:created xsi:type="dcterms:W3CDTF">2025-07-10T10:30:00Z</dcterms:created>
  <dcterms:modified xsi:type="dcterms:W3CDTF">2025-07-10T10:30:00Z</dcterms:modified>
  <cp:category/>
</cp:coreProperties>
</file>