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29A69" w14:textId="77777777" w:rsidR="00451F20" w:rsidRDefault="00000000">
      <w:pPr>
        <w:jc w:val="center"/>
        <w:rPr>
          <w:rFonts w:hint="eastAsia"/>
        </w:rPr>
      </w:pPr>
      <w:r>
        <w:rPr>
          <w:rFonts w:eastAsia="TH SarabunPSK"/>
          <w:b/>
        </w:rPr>
        <w:t>สัญญาเช่า</w:t>
      </w:r>
    </w:p>
    <w:p w14:paraId="3DBA70FB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ทำที่……………………………………………</w:t>
      </w:r>
    </w:p>
    <w:p w14:paraId="348D27EC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วันที่ ………………… เดือน……………..……พ.ศ…………………</w:t>
      </w:r>
    </w:p>
    <w:p w14:paraId="2641614D" w14:textId="77777777" w:rsidR="00451F20" w:rsidRDefault="00451F20">
      <w:pPr>
        <w:rPr>
          <w:rFonts w:hint="eastAsia"/>
        </w:rPr>
      </w:pPr>
    </w:p>
    <w:p w14:paraId="353E9546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สัญญาเช่าฉบับนี้ทำขึ้นระหว่าง………………… อยู่บ้านเลขที่…..……….ถนน………………. แขวง ………….……….เขต…………………………………จังหวัด………………………………….ซึ่งต่อไปในสัญญานี้จะเรียกว่า  “ผู้ให้เช่า”   ฝ่ายหนึ่ง  กับ……………อยู่บ้านเลขที่…………….ถนน…………แขวง….………. …………………เขต   ………………………จังหวัด………………………    ซึ่งต่อไปในสัญญานี้จะเรียกว่า “ผู้เช่า” อีกฝ่ายหนึ่ง ทั้งสองฝ่ายได้ตกลงทำสัญญาเช่ากัน   มีข้อความดังนี้</w:t>
      </w:r>
    </w:p>
    <w:p w14:paraId="3CF17127" w14:textId="77777777" w:rsidR="00451F20" w:rsidRDefault="00451F20">
      <w:pPr>
        <w:rPr>
          <w:rFonts w:hint="eastAsia"/>
        </w:rPr>
      </w:pPr>
    </w:p>
    <w:p w14:paraId="158EAD07" w14:textId="77777777" w:rsidR="00451F20" w:rsidRDefault="00000000">
      <w:pPr>
        <w:rPr>
          <w:rFonts w:hint="eastAsia"/>
        </w:rPr>
      </w:pPr>
      <w:r>
        <w:rPr>
          <w:rFonts w:eastAsia="TH SarabunPSK"/>
        </w:rPr>
        <w:t xml:space="preserve">ข้อ 1. ผู้ให้เช่าตกลงให้เช่าและผู้เช่าตกลงเช่าอาคารบ้านเลขที่………………ถนน……….….แขวง…………………เขต………………………จังหวัด………………………………………………. เพื่อเป็นสำนักงานขายรถยนต์ โดยมีรายละเอียดการเช่าคือ  อาคาร……………………… คูหา (ตามที่ตกลงกัน)   รวมตลอดทั้งเฟอร์นิเจอร์ ตู้หรือชั้นหนังสือ   โทรศัพท์………. เครื่อง    หมายเลข………………..……………………และเครื่องปรับอากาศ ซึ่งเป็นทรัพย์สินของผู้ให้เช่าในอาคารดังกล่าวด้วย ผู้เช่าตกลงว่าการติดตั้งเครื่องปรับอากาศนอกเหนือไปจากที่กล่าวแล้วซึ่งผู้เช่าได้นำมาติดตั้งในอาคารที่เช่า ให้ตกเป็นกรรมสิทธิ์ของผู้ให้เช่าในเมือสัญญาเช่าได้เลิกหรือระงับลง นอกจากนี้ผู้เช่าตกลงที่จะเป็นผู้ยื่นคำขอเพื่อติดมิเตอร์ไฟฟ้าในอาคารที่เช่าในนามของ………………………………………………………………………….. โดยผู้เช่าเป็นผู้เสียค่าใช้จ่ายและเงินประกันให้…………………………………………………………… มีกำหนดระยะเวลาการเช่า ………..  ปี โดยเริ่มตั้งแต่วันที่……………………………………..เป็นต้นไป โดยผู้เช่าตกลงชำระค่าเช่าให้แก่ผู้ให้เช่าเป็นรายเดือน ณ </w:t>
      </w:r>
      <w:r>
        <w:rPr>
          <w:rFonts w:eastAsia="TH SarabunPSK"/>
        </w:rPr>
        <w:lastRenderedPageBreak/>
        <w:t>ภูมิลำเนาของผู้ให้เช่าในอัตราค่าเช่าเดือนละ………………บาท (……………………) โดยผู้เช่าตกลงจะนำค่าเช่าไปชำระให้แก่ผู้ให้เช่าทุกวันที่……………………….ของเดือน</w:t>
      </w:r>
    </w:p>
    <w:p w14:paraId="1D90A070" w14:textId="77777777" w:rsidR="00451F20" w:rsidRDefault="00451F20">
      <w:pPr>
        <w:rPr>
          <w:rFonts w:hint="eastAsia"/>
        </w:rPr>
      </w:pPr>
    </w:p>
    <w:p w14:paraId="5067B9AF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ข้อ 2. เพื่อเป็นประกันในการปฏิบัติตามสัญญาเช่า ผู้เช่าตกลงมอบเงินประกันการเช่าจำนวน…………..…………….บาท (………………….) ให้แก่ผู้เช่า และผู้ให้เช่าได้รับเงินจำนวนดังกล่าวไปเรียบร้อยแล้วในทำสัญญาฉบับนี้ ถ้าผู้เช่าเช่าครบกำหนดตามสัญญาผู้ให้เช่ายินดีคืนเงินประกันให้ โดยหักค่าใช้จ่ายหรือค่าเสียหายเท่าที่จำเป็น</w:t>
      </w:r>
    </w:p>
    <w:p w14:paraId="364B55FA" w14:textId="77777777" w:rsidR="00451F20" w:rsidRDefault="00451F20">
      <w:pPr>
        <w:rPr>
          <w:rFonts w:hint="eastAsia"/>
        </w:rPr>
      </w:pPr>
    </w:p>
    <w:p w14:paraId="032E24C7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ข้อ 3. ทรัพย์สินซึ่งเช่านั้น ผู้เช่าจะให้เช่าช่วงหรือโอนสิทธิของตนอันมีในทรัพย์สินนั้น ไม่ว่าทั้งหมดหรือแต่บางส่วนให้แก่บุคคลภายนอกไม่ได้ เว้นแต่จะได้รับความยินยอมเป็นหนังสือจากผู้ให้เช่าถ้าผู้เช่าประพฤติผิดสัญญาในข้อนี้ ผู้ให้เช่ามีสิทธิบอกเลิกสัญญาเช่าได้</w:t>
      </w:r>
    </w:p>
    <w:p w14:paraId="1C458850" w14:textId="77777777" w:rsidR="00451F20" w:rsidRDefault="00451F20">
      <w:pPr>
        <w:rPr>
          <w:rFonts w:hint="eastAsia"/>
        </w:rPr>
      </w:pPr>
    </w:p>
    <w:p w14:paraId="328B2A60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ข้อ 4. ผู้เช่าจะใช้ทรัพย์สินที่เช่าเพื่อการอย่างอื่น นอกจากที่ใช้กันตามประเพณีนิยมปกติ หรือที่กำหนดไว้ในสัญญานั้นหาได้ไม่ และผู้เช่าจำต้องสงวนทรัพย์สินที่เช่านั้นเสมอกับที่วิญญูชนจะพึงสงวนทรัพย์สินของตนเอง และต้องทำการบำรุงรักษาทั้งทำการซ่อมแซมเล็กน้อยด้วย</w:t>
      </w:r>
    </w:p>
    <w:p w14:paraId="1FE57008" w14:textId="77777777" w:rsidR="00451F20" w:rsidRDefault="00451F20">
      <w:pPr>
        <w:rPr>
          <w:rFonts w:hint="eastAsia"/>
        </w:rPr>
      </w:pPr>
    </w:p>
    <w:p w14:paraId="40079D80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ข้อ 5. ผู้เช่าจำต้องให้ผู้ให้เช่าหรือตัวแทนของผู้ให้เช่าเข้าตรวจดูทรัพย์สินที่เช่าเป็นครั้งคราว ในเวลาและระยะเวลาอันสมควร</w:t>
      </w:r>
    </w:p>
    <w:p w14:paraId="7F3212FC" w14:textId="77777777" w:rsidR="00451F20" w:rsidRDefault="00451F20">
      <w:pPr>
        <w:rPr>
          <w:rFonts w:hint="eastAsia"/>
        </w:rPr>
      </w:pPr>
    </w:p>
    <w:p w14:paraId="3F0F456F" w14:textId="77777777" w:rsidR="00451F20" w:rsidRDefault="00000000">
      <w:pPr>
        <w:rPr>
          <w:rFonts w:hint="eastAsia"/>
        </w:rPr>
      </w:pPr>
      <w:r>
        <w:rPr>
          <w:rFonts w:eastAsia="TH SarabunPSK"/>
        </w:rPr>
        <w:lastRenderedPageBreak/>
        <w:t>ข้อ 6. ทรัพย์สินที่เช่านั้น ผู้เช่าจะทำการดัดแปลงหรือต่อเติมอย่างหนึ่งอย่างใดหาได้ไม่ เว้นแต่จะได้รับอนุญาตเป็นหนังสือจากผู้ให้เช่า ถ้าผู้เช่าฝ่าฝืนสัญญาข้อนี้ ผู้ให้เช่ามีสิทธิบอกเลิกสัญญาเช่าได้ และในกรณีที่ผู้ให้เช่าได้ให้อนุญาตแก่ผู้เช่าทำการดัดแปลงหรือต่อเติมอย่างหนึ่งอย่างใดในทรัพย์สินที่เช่า เมื่อสัญญาเช่าระงับลงไม่ว่าเพราะเหตุใด ๆ การดัดแปลงหรือต่อเติมในทรัพย์สินที่เช่าดังกล่าวนั้น ให้ตกลงเป็นของผู้ให้เช่า ผู้เช่าจะรื้อถอนไปไม่ได้</w:t>
      </w:r>
    </w:p>
    <w:p w14:paraId="47E77EC7" w14:textId="77777777" w:rsidR="00451F20" w:rsidRDefault="00451F20">
      <w:pPr>
        <w:rPr>
          <w:rFonts w:hint="eastAsia"/>
        </w:rPr>
      </w:pPr>
    </w:p>
    <w:p w14:paraId="16F76EC3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ข้อ 7. ในระหว่างการเช่านี้ ค่าน้ำ ค่าไฟฟ้า ค่าโทรศัพท์ ให้เป็นภาระหน้าที่ของผู้เช่าต้องชำระเองทั้งสิ้น และนำใบเสร็จการชำระเงินหรือสำเนามอบให้ผู้ให้เช่าในวันชำระค่าเช่าของทุกเดือน</w:t>
      </w:r>
    </w:p>
    <w:p w14:paraId="2D60F9D8" w14:textId="77777777" w:rsidR="00451F20" w:rsidRDefault="00451F20">
      <w:pPr>
        <w:rPr>
          <w:rFonts w:hint="eastAsia"/>
        </w:rPr>
      </w:pPr>
    </w:p>
    <w:p w14:paraId="7C5DA67C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ข้อ 8. ค่าภาษีโรงเรือนและที่ดินนั้น ผู้เช่าตกลงที่จะเป็นผู้ชำระ</w:t>
      </w:r>
    </w:p>
    <w:p w14:paraId="2FC8ED24" w14:textId="77777777" w:rsidR="00451F20" w:rsidRDefault="00451F20">
      <w:pPr>
        <w:rPr>
          <w:rFonts w:hint="eastAsia"/>
        </w:rPr>
      </w:pPr>
    </w:p>
    <w:p w14:paraId="4A3E4EED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ข้อ 9. เมื่อสัญญาเช่าระงับสิ้นไปเพราะครบกำหนดอายุสัญญาเช่าแล้วก็ดี หรือเมื่อผู้เช่าเช่าไม่ครบกำหนดก็ดี หรือเมื่อผู้เช่าได้ประพฤติผิดสัญญาเช่าข้อหนึ่งข้อใดในสัญญานี้ก็ดี ให้ถือว่าสัญญาฉบับนี้เป็นอันเลิกกัน และผู้ให้เช่ามีสิทธิเข้าครอบครองสถานที่ ย้ายบุคคลและสิ่งของออกได้ ทั้งมีสิทธิริบเงินประกันการเช่าตามที่ระบุไว้ในสัญญาข้อ 2. ดังกล่าวด้วย</w:t>
      </w:r>
    </w:p>
    <w:p w14:paraId="5366B390" w14:textId="77777777" w:rsidR="00451F20" w:rsidRDefault="00451F20">
      <w:pPr>
        <w:rPr>
          <w:rFonts w:hint="eastAsia"/>
        </w:rPr>
      </w:pPr>
    </w:p>
    <w:p w14:paraId="26037082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สัญญาฉบับนี้ทำเป็นสองฉบับมีข้อความถูกต้องตรงกัน คู่สัญญาทั้งสองฝ่ายได้อ่านและเข้าใจข้อความในสัญญาฉบับนี้ โดยตลอดแล้วเห็นว่าถูกต้องตรงตามเจตนาอันแท้จริงของคู่สัญญา และต่างยึดถือไว้ฝ่ายละฉบับ เพื่อเป็นหลักฐานในการนี้จึงได้ลงลายมือชื่อให้ไว้ต่อหน้าพยานเป็นสำคัญ</w:t>
      </w:r>
    </w:p>
    <w:p w14:paraId="6CFFF2DB" w14:textId="77777777" w:rsidR="00451F20" w:rsidRDefault="00451F20">
      <w:pPr>
        <w:rPr>
          <w:rFonts w:hint="eastAsia"/>
        </w:rPr>
      </w:pPr>
    </w:p>
    <w:p w14:paraId="3214AE46" w14:textId="77777777" w:rsidR="00451F20" w:rsidRDefault="00000000">
      <w:pPr>
        <w:rPr>
          <w:rFonts w:hint="eastAsia"/>
        </w:rPr>
      </w:pPr>
      <w:r>
        <w:rPr>
          <w:rFonts w:eastAsia="TH SarabunPSK"/>
        </w:rPr>
        <w:lastRenderedPageBreak/>
        <w:t>ลงชื่อ……………………………………ผู้ให้เช่า   ลงชื่อ…………………………………….ผู้เช่า</w:t>
      </w:r>
    </w:p>
    <w:p w14:paraId="5E6E90DD" w14:textId="77777777" w:rsidR="00451F20" w:rsidRDefault="00000000">
      <w:pPr>
        <w:rPr>
          <w:rFonts w:hint="eastAsia"/>
        </w:rPr>
      </w:pPr>
      <w:r>
        <w:rPr>
          <w:rFonts w:eastAsia="TH SarabunPSK"/>
        </w:rPr>
        <w:t>(……………………………………)                      (……………………………………)</w:t>
      </w:r>
    </w:p>
    <w:p w14:paraId="52B85B88" w14:textId="77777777" w:rsidR="00451F20" w:rsidRDefault="00451F20">
      <w:pPr>
        <w:rPr>
          <w:rFonts w:hint="eastAsia"/>
        </w:rPr>
      </w:pPr>
    </w:p>
    <w:p w14:paraId="059C43CE" w14:textId="77777777" w:rsidR="00451F20" w:rsidRDefault="00000000">
      <w:pPr>
        <w:rPr>
          <w:rFonts w:hint="eastAsia"/>
        </w:rPr>
      </w:pPr>
      <w:r>
        <w:rPr>
          <w:rFonts w:eastAsia="TH SarabunPSK"/>
        </w:rPr>
        <w:t>ลงชื่อ……………………………………พยาน    ลงชื่อ……………………………………พยาน</w:t>
      </w:r>
    </w:p>
    <w:p w14:paraId="56E1EFAE" w14:textId="77777777" w:rsidR="00451F20" w:rsidRDefault="00000000">
      <w:pPr>
        <w:rPr>
          <w:rFonts w:hint="eastAsia"/>
        </w:rPr>
      </w:pPr>
      <w:r>
        <w:rPr>
          <w:rFonts w:eastAsia="TH SarabunPSK"/>
        </w:rPr>
        <w:t>(……………………………………)                      (……………………………………)</w:t>
      </w:r>
    </w:p>
    <w:sectPr w:rsidR="00451F2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283997">
    <w:abstractNumId w:val="8"/>
  </w:num>
  <w:num w:numId="2" w16cid:durableId="794297129">
    <w:abstractNumId w:val="6"/>
  </w:num>
  <w:num w:numId="3" w16cid:durableId="1265961065">
    <w:abstractNumId w:val="5"/>
  </w:num>
  <w:num w:numId="4" w16cid:durableId="898248549">
    <w:abstractNumId w:val="4"/>
  </w:num>
  <w:num w:numId="5" w16cid:durableId="2032299816">
    <w:abstractNumId w:val="7"/>
  </w:num>
  <w:num w:numId="6" w16cid:durableId="1333488805">
    <w:abstractNumId w:val="3"/>
  </w:num>
  <w:num w:numId="7" w16cid:durableId="775756251">
    <w:abstractNumId w:val="2"/>
  </w:num>
  <w:num w:numId="8" w16cid:durableId="17052909">
    <w:abstractNumId w:val="1"/>
  </w:num>
  <w:num w:numId="9" w16cid:durableId="1871456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216DA"/>
    <w:rsid w:val="00451F20"/>
    <w:rsid w:val="009C1AA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0A7B5F"/>
  <w14:defaultImageDpi w14:val="300"/>
  <w15:docId w15:val="{6001286E-944A-490A-A8C4-BF92E1E6A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PSK" w:hAnsi="TH SarabunPSK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Poovong Posai</cp:lastModifiedBy>
  <cp:revision>2</cp:revision>
  <dcterms:created xsi:type="dcterms:W3CDTF">2025-07-10T10:37:00Z</dcterms:created>
  <dcterms:modified xsi:type="dcterms:W3CDTF">2025-07-10T10:37:00Z</dcterms:modified>
  <cp:category/>
</cp:coreProperties>
</file>