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251A4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สัญญาเช่า</w:t>
      </w:r>
    </w:p>
    <w:p w14:paraId="32E2B1A8" w14:textId="77777777" w:rsidR="00D57B9B" w:rsidRDefault="00D57B9B">
      <w:pPr>
        <w:rPr>
          <w:rFonts w:hint="eastAsia"/>
        </w:rPr>
      </w:pPr>
    </w:p>
    <w:p w14:paraId="3DC652E6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ทำที่……………………………………………</w:t>
      </w:r>
    </w:p>
    <w:p w14:paraId="7C67055D" w14:textId="77777777" w:rsidR="00D57B9B" w:rsidRDefault="00000000">
      <w:pPr>
        <w:rPr>
          <w:rFonts w:hint="eastAsia"/>
        </w:rPr>
      </w:pPr>
      <w:r>
        <w:rPr>
          <w:rFonts w:eastAsia="TH SarabunPSK"/>
        </w:rPr>
        <w:t>……………………………………………</w:t>
      </w:r>
    </w:p>
    <w:p w14:paraId="1745A963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วันที่ ………………… เดือน……………..……พ.ศ…………………</w:t>
      </w:r>
    </w:p>
    <w:p w14:paraId="66800451" w14:textId="77777777" w:rsidR="00D57B9B" w:rsidRDefault="00D57B9B">
      <w:pPr>
        <w:rPr>
          <w:rFonts w:hint="eastAsia"/>
        </w:rPr>
      </w:pPr>
    </w:p>
    <w:p w14:paraId="583290F5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สัญญาเช่าฉบับนี้ทำขึ้นระหว่าง………………… อยู่บ้านเลขที่…..……………………….…….ถนน………………. แขวง ………….……….เขต…………………………………….กรุงเทพมหานครซึ่งต่อไปในสัญญานี้จะเรียกว่า “ผู้ให้เช่า”   ฝ่ายหนึ่ง กับ……………………………….……………...…อยู่บ้านเลขที่……………………………… .ถนน……………………………ตำบล….………. ………..</w:t>
      </w:r>
    </w:p>
    <w:p w14:paraId="26EFF8AC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อำเภอ…………………………….จังหวัด………………………. ซึ่งต่อไปในสัญญานี้จะเรียกว่า “ผู้เช่า”</w:t>
      </w:r>
    </w:p>
    <w:p w14:paraId="5F23A703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อีกฝ่ายหนึ่ง</w:t>
      </w:r>
    </w:p>
    <w:p w14:paraId="75CB17B2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คู่สัญญาทั้งสองฝ่ายได้ตกลงทำสัญญากันโดยมีเงื่อนไขและรายละเอียดสำคัญดังต่อไปนี้ :-</w:t>
      </w:r>
    </w:p>
    <w:p w14:paraId="0B59004D" w14:textId="77777777" w:rsidR="00D57B9B" w:rsidRDefault="00D57B9B">
      <w:pPr>
        <w:rPr>
          <w:rFonts w:hint="eastAsia"/>
        </w:rPr>
      </w:pPr>
    </w:p>
    <w:p w14:paraId="706D4E88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1. ผู้ให้เช่าตกลงให้เช่าและผู้เช่าตกลงเช่าทรัพย์สินคือ …………………...………………</w:t>
      </w:r>
    </w:p>
    <w:p w14:paraId="2C6A98F7" w14:textId="77777777" w:rsidR="00D57B9B" w:rsidRDefault="00000000">
      <w:pPr>
        <w:rPr>
          <w:rFonts w:hint="eastAsia"/>
        </w:rPr>
      </w:pPr>
      <w:r>
        <w:rPr>
          <w:rFonts w:eastAsia="TH SarabunPSK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…………………………………………………………………………………………………………….……………………………………………………………………………………………………………..</w:t>
      </w:r>
    </w:p>
    <w:p w14:paraId="107B0264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เพื่อประโยชน์ในการที่ผู้เช่าอยู่อาศัย</w:t>
      </w:r>
    </w:p>
    <w:p w14:paraId="5A1774D1" w14:textId="77777777" w:rsidR="00D57B9B" w:rsidRDefault="00D57B9B">
      <w:pPr>
        <w:rPr>
          <w:rFonts w:hint="eastAsia"/>
        </w:rPr>
      </w:pPr>
    </w:p>
    <w:p w14:paraId="50E9627F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2. คู่สัญญาทั้งสองฝ่ายตกลงเช่าทรัพย์สินตามข้อ 1. มีกำหนด …………………………ปี</w:t>
      </w:r>
    </w:p>
    <w:p w14:paraId="2474838C" w14:textId="77777777" w:rsidR="00D57B9B" w:rsidRDefault="00000000">
      <w:pPr>
        <w:rPr>
          <w:rFonts w:hint="eastAsia"/>
        </w:rPr>
      </w:pPr>
      <w:r>
        <w:rPr>
          <w:rFonts w:eastAsia="TH SarabunPSK"/>
        </w:rPr>
        <w:lastRenderedPageBreak/>
        <w:t>นับตั้งแต่วันที่………………………………………….ถึงวันที่………………………………..</w:t>
      </w:r>
    </w:p>
    <w:p w14:paraId="24E74A6F" w14:textId="77777777" w:rsidR="00D57B9B" w:rsidRDefault="00D57B9B">
      <w:pPr>
        <w:rPr>
          <w:rFonts w:hint="eastAsia"/>
        </w:rPr>
      </w:pPr>
    </w:p>
    <w:p w14:paraId="581F3D1E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3. ผู้เช่าตกลงชำระเงินค่าเช่าให้แก่ผู้ให้เช่าเป็นรายเดือน โดยกำหนดชำระค่าเช่าภายในวันที่</w:t>
      </w:r>
    </w:p>
    <w:p w14:paraId="41789BF6" w14:textId="77777777" w:rsidR="00D57B9B" w:rsidRDefault="00000000">
      <w:pPr>
        <w:rPr>
          <w:rFonts w:hint="eastAsia"/>
        </w:rPr>
      </w:pPr>
      <w:r>
        <w:rPr>
          <w:rFonts w:eastAsia="TH SarabunPSK"/>
        </w:rPr>
        <w:t>……………ของเดือนทุกเดือนในอัตราค่าเช่าเดือนละ…………………..บาท (……………………….)</w:t>
      </w:r>
    </w:p>
    <w:p w14:paraId="4B041411" w14:textId="77777777" w:rsidR="00D57B9B" w:rsidRDefault="00D57B9B">
      <w:pPr>
        <w:rPr>
          <w:rFonts w:hint="eastAsia"/>
        </w:rPr>
      </w:pPr>
    </w:p>
    <w:p w14:paraId="7682B8FF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4. การชำระค่าเช่านั้นผู้เช่าจะต้องนำเงินค่าเช่าไปชำระให้แก่ผู้ให้เช่า ณ สถานที่อันเป็นภูมิลำเนาของผู้ให้เช่าและการที่ผู้ให้เช่าหรือตัวแทนผู้ให้เช่าไปเก็บเงินค่าเช่ากับผู้เช่าย่อมไปลบล้างหน้าที่ของผู้เช่าดังกล่าว</w:t>
      </w:r>
    </w:p>
    <w:p w14:paraId="10001343" w14:textId="77777777" w:rsidR="00D57B9B" w:rsidRDefault="00D57B9B">
      <w:pPr>
        <w:rPr>
          <w:rFonts w:hint="eastAsia"/>
        </w:rPr>
      </w:pPr>
    </w:p>
    <w:p w14:paraId="6DEFB84B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5. ผู้เช่าเป็นผู้ชำระภาษีโรงเรือนและค่าภาษีที่ดินแทนผู้ให้เช่า</w:t>
      </w:r>
    </w:p>
    <w:p w14:paraId="207E15FA" w14:textId="77777777" w:rsidR="00D57B9B" w:rsidRDefault="00D57B9B">
      <w:pPr>
        <w:rPr>
          <w:rFonts w:hint="eastAsia"/>
        </w:rPr>
      </w:pPr>
    </w:p>
    <w:p w14:paraId="201DCDB2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6. ผู้เช่าจะใช้ทรัพย์สินที่เช่าเพื่ออย่างอื่นนอกจากที่จะระบุไว้ในข้อ 1. แห่งสัญญานี้ได้โดยได้รับความยินยอมเป็นหนังสือจากผู้ให้เช่า แต่ผู้เช่าจะใช้ทรัพย์สินที่เช่าเพื่อการอันไม่ชอบด้วยกฎหมายนั้นไม่ได้เด็ดขาด</w:t>
      </w:r>
    </w:p>
    <w:p w14:paraId="3268F025" w14:textId="77777777" w:rsidR="00D57B9B" w:rsidRDefault="00D57B9B">
      <w:pPr>
        <w:rPr>
          <w:rFonts w:hint="eastAsia"/>
        </w:rPr>
      </w:pPr>
    </w:p>
    <w:p w14:paraId="7ED1840B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7. ผู้เช่าจะต้องดูแลทรัพย์สินที่เช่าเสมือนทรัพย์ของตนเอง และต้องรักษาความสะอาดตลอดจนความสงบเงียบร้อยตามกฎหมายทุกประการ</w:t>
      </w:r>
    </w:p>
    <w:p w14:paraId="46C39A93" w14:textId="77777777" w:rsidR="00D57B9B" w:rsidRDefault="00D57B9B">
      <w:pPr>
        <w:rPr>
          <w:rFonts w:hint="eastAsia"/>
        </w:rPr>
      </w:pPr>
    </w:p>
    <w:p w14:paraId="590DC78D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8. ผู้เช่าจะโอนสิทธิการเช่าตามสัญญานี้ หรือจะนำสินที่เช่าไปให้ผู้อื่นเช่าช่วงไม่ได้เว้นแต่ผู้เช่าจะได้รับความยินยอมจากผู้ให้เช่าเป็นลายลักษณ์อักษร</w:t>
      </w:r>
    </w:p>
    <w:p w14:paraId="00AD5760" w14:textId="77777777" w:rsidR="00D57B9B" w:rsidRDefault="00D57B9B">
      <w:pPr>
        <w:rPr>
          <w:rFonts w:hint="eastAsia"/>
        </w:rPr>
      </w:pPr>
    </w:p>
    <w:p w14:paraId="14FDA79D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9. ผู้เช่าจะดัดแปลงต่อเติมหรือรื้อถอนทรัพย์สินที่เช่าทั้งหมดหรือแต่บางส่วนได้ ต่อเมื่อได้รับความยินยอมเป็นหนังสือจากผู้ให้เช่า</w:t>
      </w:r>
    </w:p>
    <w:p w14:paraId="6213EC2E" w14:textId="77777777" w:rsidR="00D57B9B" w:rsidRDefault="00D57B9B">
      <w:pPr>
        <w:rPr>
          <w:rFonts w:hint="eastAsia"/>
        </w:rPr>
      </w:pPr>
    </w:p>
    <w:p w14:paraId="31588441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10. ผู้เช่าต้องรับผิดชอบในบรรดาความเสียหาย หรือบุบสลายใด ๆ อันเกิดขึ้นแก่ทรัพย์สินที่เช่า เพราะความผิดของผู้เช่าช่วงหรือผู้เช่าหรือผู้บุคคลซึ่งอยู่กับผู้เช่า หรือบุคคลที่จักเข้าเป็นบริวารของผู้เช่า</w:t>
      </w:r>
    </w:p>
    <w:p w14:paraId="2BD68430" w14:textId="77777777" w:rsidR="00D57B9B" w:rsidRDefault="00D57B9B">
      <w:pPr>
        <w:rPr>
          <w:rFonts w:hint="eastAsia"/>
        </w:rPr>
      </w:pPr>
    </w:p>
    <w:p w14:paraId="5F99DF5B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11. ถ้าผู้เช่าผิดสัญญาไม่ชำระค่าเช่าช่วงตามกำหนดไว้ในข้อ 3. ผู้ให้เช่าย่อมทรงสิทธิไว้ในการกลับเข้าครอบครองทรัพย์สินที่เช่าตามสัญญานี้โดยพลัน และผู้เช่ายอมให้ผู้ให้เช่าย้ายบุคคลหรือทรัพย์สินของผู้เช่าออกไปจากทรัพย์สนที่เช่าตามสัญญานี้ได้อีกด้วย</w:t>
      </w:r>
    </w:p>
    <w:p w14:paraId="2D1A8F8F" w14:textId="77777777" w:rsidR="00D57B9B" w:rsidRDefault="00D57B9B">
      <w:pPr>
        <w:rPr>
          <w:rFonts w:hint="eastAsia"/>
        </w:rPr>
      </w:pPr>
    </w:p>
    <w:p w14:paraId="6F023132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ข้อ 12. ในวันทำสัญญานี้ ผู้เช่าได้ตรวจตราทรัพย์สินที่เช่าแล้ว เห็นว่าสภาพปกติดีทุกประการ และผู้ให้เช่าได้ส่งมอบเช่าทรัพย์สินที่ให้เช่าแก่ผู้เช่าแล้ว</w:t>
      </w:r>
    </w:p>
    <w:p w14:paraId="4226399C" w14:textId="77777777" w:rsidR="00D57B9B" w:rsidRDefault="00D57B9B">
      <w:pPr>
        <w:rPr>
          <w:rFonts w:hint="eastAsia"/>
        </w:rPr>
      </w:pPr>
    </w:p>
    <w:p w14:paraId="4F7CE59F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คู่สัญญาทั้งสองฝ่ายได้อ่านและเข้าใจข้อความในสัญญานี้แล้ว เห็นว่าถูกต้องตรงกับเจตนาแห่งตน จึงไดลงลายชื่อไว้สำคัญต่อหน้าพยาน</w:t>
      </w:r>
    </w:p>
    <w:p w14:paraId="0581D756" w14:textId="77777777" w:rsidR="00D57B9B" w:rsidRDefault="00D57B9B">
      <w:pPr>
        <w:rPr>
          <w:rFonts w:hint="eastAsia"/>
        </w:rPr>
      </w:pPr>
    </w:p>
    <w:p w14:paraId="612EB829" w14:textId="77777777" w:rsidR="00D57B9B" w:rsidRDefault="00000000">
      <w:pPr>
        <w:rPr>
          <w:rFonts w:hint="eastAsia"/>
        </w:rPr>
      </w:pPr>
      <w:r>
        <w:rPr>
          <w:rFonts w:eastAsia="TH SarabunPSK"/>
        </w:rPr>
        <w:t>ลงชื่อ……………………………………ผู้ให้เช่า   ลงชื่อ…………………………………….ผู้เช่า</w:t>
      </w:r>
    </w:p>
    <w:p w14:paraId="585BE664" w14:textId="77777777" w:rsidR="00D57B9B" w:rsidRDefault="00000000">
      <w:pPr>
        <w:rPr>
          <w:rFonts w:hint="eastAsia"/>
        </w:rPr>
      </w:pPr>
      <w:r>
        <w:rPr>
          <w:rFonts w:eastAsia="TH SarabunPSK"/>
        </w:rPr>
        <w:t>(……………………………………)                      (……………………………………)</w:t>
      </w:r>
    </w:p>
    <w:p w14:paraId="58A280F0" w14:textId="77777777" w:rsidR="00D57B9B" w:rsidRDefault="00D57B9B">
      <w:pPr>
        <w:rPr>
          <w:rFonts w:hint="eastAsia"/>
        </w:rPr>
      </w:pPr>
    </w:p>
    <w:p w14:paraId="6D3965A1" w14:textId="77777777" w:rsidR="00D57B9B" w:rsidRDefault="00000000">
      <w:pPr>
        <w:rPr>
          <w:rFonts w:hint="eastAsia"/>
        </w:rPr>
      </w:pPr>
      <w:r>
        <w:rPr>
          <w:rFonts w:eastAsia="TH SarabunPSK"/>
        </w:rPr>
        <w:lastRenderedPageBreak/>
        <w:t>ลงชื่อ……………………………………พยาน    ลงชื่อ……………………………………พยาน</w:t>
      </w:r>
    </w:p>
    <w:p w14:paraId="4DFCC7A6" w14:textId="77777777" w:rsidR="00D57B9B" w:rsidRDefault="00000000">
      <w:pPr>
        <w:rPr>
          <w:rFonts w:hint="eastAsia"/>
        </w:rPr>
      </w:pPr>
      <w:r>
        <w:rPr>
          <w:rFonts w:eastAsia="TH SarabunPSK"/>
        </w:rPr>
        <w:t>(……………………………………)                      (……………………………………)</w:t>
      </w:r>
    </w:p>
    <w:sectPr w:rsidR="00D57B9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6797202">
    <w:abstractNumId w:val="8"/>
  </w:num>
  <w:num w:numId="2" w16cid:durableId="1983583235">
    <w:abstractNumId w:val="6"/>
  </w:num>
  <w:num w:numId="3" w16cid:durableId="939333370">
    <w:abstractNumId w:val="5"/>
  </w:num>
  <w:num w:numId="4" w16cid:durableId="1724525897">
    <w:abstractNumId w:val="4"/>
  </w:num>
  <w:num w:numId="5" w16cid:durableId="1799257286">
    <w:abstractNumId w:val="7"/>
  </w:num>
  <w:num w:numId="6" w16cid:durableId="370425056">
    <w:abstractNumId w:val="3"/>
  </w:num>
  <w:num w:numId="7" w16cid:durableId="1508785173">
    <w:abstractNumId w:val="2"/>
  </w:num>
  <w:num w:numId="8" w16cid:durableId="1442992356">
    <w:abstractNumId w:val="1"/>
  </w:num>
  <w:num w:numId="9" w16cid:durableId="362558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411F"/>
    <w:rsid w:val="0015074B"/>
    <w:rsid w:val="0029639D"/>
    <w:rsid w:val="00326F90"/>
    <w:rsid w:val="007122E4"/>
    <w:rsid w:val="00AA1D8D"/>
    <w:rsid w:val="00B47730"/>
    <w:rsid w:val="00CB0664"/>
    <w:rsid w:val="00D57B9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D54BF6"/>
  <w14:defaultImageDpi w14:val="300"/>
  <w15:docId w15:val="{4C9852F5-520A-4E51-AA61-1180701F9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PSK" w:hAnsi="TH SarabunPSK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Poovong Posai</cp:lastModifiedBy>
  <cp:revision>2</cp:revision>
  <dcterms:created xsi:type="dcterms:W3CDTF">2025-07-10T10:40:00Z</dcterms:created>
  <dcterms:modified xsi:type="dcterms:W3CDTF">2025-07-10T10:40:00Z</dcterms:modified>
  <cp:category/>
</cp:coreProperties>
</file>