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85F2C" w14:textId="3EF0F5EA" w:rsidR="009E412D" w:rsidRPr="00F85BF8" w:rsidRDefault="00F85BF8">
      <w:pPr>
        <w:pStyle w:val="Heading1"/>
        <w:rPr>
          <w:rFonts w:ascii="TH SarabunPSK" w:hAnsi="TH SarabunPSK" w:cs="TH SarabunPSK" w:hint="cs"/>
          <w:sz w:val="40"/>
          <w:szCs w:val="40"/>
        </w:rPr>
      </w:pPr>
      <w:r w:rsidRPr="00F85BF8">
        <w:rPr>
          <w:rFonts w:ascii="TH SarabunPSK" w:hAnsi="TH SarabunPSK" w:cs="TH SarabunPSK" w:hint="cs"/>
          <w:sz w:val="32"/>
          <w:szCs w:val="32"/>
        </w:rPr>
        <w:tab/>
      </w:r>
      <w:r w:rsidRPr="00F85BF8">
        <w:rPr>
          <w:rFonts w:ascii="TH SarabunPSK" w:hAnsi="TH SarabunPSK" w:cs="TH SarabunPSK" w:hint="cs"/>
          <w:sz w:val="32"/>
          <w:szCs w:val="32"/>
        </w:rPr>
        <w:tab/>
      </w:r>
      <w:r w:rsidRPr="00F85BF8">
        <w:rPr>
          <w:rFonts w:ascii="TH SarabunPSK" w:hAnsi="TH SarabunPSK" w:cs="TH SarabunPSK" w:hint="cs"/>
          <w:sz w:val="32"/>
          <w:szCs w:val="32"/>
        </w:rPr>
        <w:tab/>
      </w:r>
      <w:r w:rsidRPr="00F85BF8">
        <w:rPr>
          <w:rFonts w:ascii="TH SarabunPSK" w:hAnsi="TH SarabunPSK" w:cs="TH SarabunPSK" w:hint="cs"/>
          <w:sz w:val="32"/>
          <w:szCs w:val="32"/>
        </w:rPr>
        <w:tab/>
      </w:r>
      <w:r w:rsidRPr="00F85BF8">
        <w:rPr>
          <w:rFonts w:ascii="TH SarabunPSK" w:hAnsi="TH SarabunPSK" w:cs="TH SarabunPSK" w:hint="cs"/>
          <w:sz w:val="32"/>
          <w:szCs w:val="32"/>
        </w:rPr>
        <w:tab/>
      </w:r>
      <w:proofErr w:type="spellStart"/>
      <w:r w:rsidRPr="00F85BF8">
        <w:rPr>
          <w:rFonts w:ascii="TH SarabunPSK" w:hAnsi="TH SarabunPSK" w:cs="TH SarabunPSK" w:hint="cs"/>
          <w:color w:val="000000" w:themeColor="text1"/>
          <w:sz w:val="40"/>
          <w:szCs w:val="40"/>
        </w:rPr>
        <w:t>สัญญาโอนสิทธิ</w:t>
      </w:r>
      <w:proofErr w:type="spellEnd"/>
    </w:p>
    <w:p w14:paraId="6457FAD1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สัญญานี้ทำขึ้น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BF8">
        <w:rPr>
          <w:rFonts w:ascii="TH SarabunPSK" w:hAnsi="TH SarabunPSK" w:cs="TH SarabunPSK" w:hint="cs"/>
          <w:sz w:val="32"/>
          <w:szCs w:val="32"/>
        </w:rPr>
        <w:t xml:space="preserve">ณ ห้างหุ้นส่วนจำกัด...................................................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เมื่อวันที่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...........................</w:t>
      </w:r>
    </w:p>
    <w:p w14:paraId="1E3E09FB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  <w:cs/>
          <w:lang w:bidi="th-TH"/>
        </w:rPr>
      </w:pPr>
      <w:r w:rsidRPr="00F85BF8">
        <w:rPr>
          <w:rFonts w:ascii="TH SarabunPSK" w:hAnsi="TH SarabunPSK" w:cs="TH SarabunPSK" w:hint="cs"/>
          <w:sz w:val="32"/>
          <w:szCs w:val="32"/>
        </w:rPr>
        <w:t xml:space="preserve">ระหว่าง...........................................................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ซึ่งต่อไปในสัญญานี้จะเรียกว่า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“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ผู้โอน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”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ฝ่ายหนึ่ง</w:t>
      </w:r>
      <w:proofErr w:type="spellEnd"/>
    </w:p>
    <w:p w14:paraId="4D11A4CB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กับ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........................................................... </w:t>
      </w:r>
      <w:r w:rsidRPr="00F85BF8">
        <w:rPr>
          <w:rFonts w:ascii="TH SarabunPSK" w:hAnsi="TH SarabunPSK" w:cs="TH SarabunPSK" w:hint="cs"/>
          <w:sz w:val="32"/>
          <w:szCs w:val="32"/>
        </w:rPr>
        <w:t>อยู่บ้านเลขที่...................................................</w:t>
      </w:r>
    </w:p>
    <w:p w14:paraId="38EBEBF1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r w:rsidRPr="00F85BF8">
        <w:rPr>
          <w:rFonts w:ascii="TH SarabunPSK" w:hAnsi="TH SarabunPSK" w:cs="TH SarabunPSK" w:hint="cs"/>
          <w:sz w:val="32"/>
          <w:szCs w:val="32"/>
        </w:rPr>
        <w:t xml:space="preserve">.....................................................................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ซึ่งต่อไปในสัญญานี้จะเรียกว่า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“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ผู้รับโอน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”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อีกฝ่ายหนึ่ง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proofErr w:type="gramStart"/>
      <w:r w:rsidRPr="00F85BF8">
        <w:rPr>
          <w:rFonts w:ascii="TH SarabunPSK" w:hAnsi="TH SarabunPSK" w:cs="TH SarabunPSK" w:hint="cs"/>
          <w:sz w:val="32"/>
          <w:szCs w:val="32"/>
        </w:rPr>
        <w:t>ทั้งสองฝ่ายได้ตกลงทำสัญญาโอนสิทธิกันดังมีข้อความต่อไปนี้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:-</w:t>
      </w:r>
      <w:proofErr w:type="gramEnd"/>
    </w:p>
    <w:p w14:paraId="4DC7617B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ข้อ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1. </w:t>
      </w:r>
      <w:r w:rsidRPr="00F85BF8">
        <w:rPr>
          <w:rFonts w:ascii="TH SarabunPSK" w:hAnsi="TH SarabunPSK" w:cs="TH SarabunPSK" w:hint="cs"/>
          <w:sz w:val="32"/>
          <w:szCs w:val="32"/>
        </w:rPr>
        <w:t xml:space="preserve">ผู้โอนเป็นผู้มีสิทธิในฐานะผู้จองสิทธิ........................................................ เลขที่.............................................กับบริษัท..................................................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จำกัด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ไว้เมื่อวันที่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..............................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และผู้โอนตกลงโอนสิทธิดังกล่าวให้แก่ผู้รับโอนต่อไป</w:t>
      </w:r>
      <w:proofErr w:type="spellEnd"/>
    </w:p>
    <w:p w14:paraId="74F378DB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ข้อ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2.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ผู้รับโอนตกลงรับโอนสิทธิในข้อ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1.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จากผู้โอน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และตกลงจ่ายค่าตอบแทนให้แก่ผู้โอนตามสัญญานี้เป็นเงินจำนวน......................บาท (.....................................................)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โดยแบ่งชำระเป็นงวด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ๆ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ดังนี้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br/>
      </w:r>
      <w:r w:rsidRPr="00F85BF8">
        <w:rPr>
          <w:rFonts w:ascii="TH SarabunPSK" w:hAnsi="TH SarabunPSK" w:cs="TH SarabunPSK" w:hint="cs"/>
          <w:sz w:val="32"/>
          <w:szCs w:val="32"/>
        </w:rPr>
        <w:br/>
      </w:r>
      <w:proofErr w:type="spellStart"/>
      <w:proofErr w:type="gramStart"/>
      <w:r w:rsidRPr="00F85BF8">
        <w:rPr>
          <w:rFonts w:ascii="TH SarabunPSK" w:hAnsi="TH SarabunPSK" w:cs="TH SarabunPSK" w:hint="cs"/>
          <w:sz w:val="32"/>
          <w:szCs w:val="32"/>
        </w:rPr>
        <w:t>งวดที่หนึ่ง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จ่ายค่าตอบแทนเป็นเงิน</w:t>
      </w:r>
      <w:proofErr w:type="spellEnd"/>
      <w:proofErr w:type="gramEnd"/>
      <w:r w:rsidRPr="00F85BF8">
        <w:rPr>
          <w:rFonts w:ascii="TH SarabunPSK" w:hAnsi="TH SarabunPSK" w:cs="TH SarabunPSK" w:hint="cs"/>
          <w:sz w:val="32"/>
          <w:szCs w:val="32"/>
        </w:rPr>
        <w:t>..........................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บาท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(..........................)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ในวันทำสัญญานี้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br/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งวดที่สอง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 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จ่ายค่าตอบแทนเป็นเงิน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บาท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(..........................)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ในวันที่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</w:t>
      </w:r>
      <w:r w:rsidRPr="00F85BF8">
        <w:rPr>
          <w:rFonts w:ascii="TH SarabunPSK" w:hAnsi="TH SarabunPSK" w:cs="TH SarabunPSK" w:hint="cs"/>
          <w:sz w:val="32"/>
          <w:szCs w:val="32"/>
        </w:rPr>
        <w:br/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งวดที่สาม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 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จ่ายค่าตอบแทนเป็นเงิน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บาท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(..........................)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ในวันที่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</w:t>
      </w:r>
    </w:p>
    <w:p w14:paraId="3B706D35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ข้อ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3.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ในวันทำสัญญานี้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ผู้รับโอนได้สั่งจ่ายเช็คให้แก่ผู้โอนโดยเป็นการจ่ายค่าตอบแทนโดยเช็คของธนาคาร...................................................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จำนวน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ฉบับ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เช็คเลขที่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ถึงเลขที่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ลงวันที่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และ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.......................... </w:t>
      </w:r>
      <w:r w:rsidRPr="00F85BF8">
        <w:rPr>
          <w:rFonts w:ascii="TH SarabunPSK" w:hAnsi="TH SarabunPSK" w:cs="TH SarabunPSK" w:hint="cs"/>
          <w:sz w:val="32"/>
          <w:szCs w:val="32"/>
        </w:rPr>
        <w:br/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จำนวนเงิน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บาท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(...................) ................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บาท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(...................) ................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บาท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(...................)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ตามลำดับ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br/>
      </w:r>
      <w:r w:rsidRPr="00F85BF8">
        <w:rPr>
          <w:rFonts w:ascii="TH SarabunPSK" w:hAnsi="TH SarabunPSK" w:cs="TH SarabunPSK" w:hint="cs"/>
          <w:sz w:val="32"/>
          <w:szCs w:val="32"/>
        </w:rPr>
        <w:lastRenderedPageBreak/>
        <w:t>ผู้รับโอนตกลงว่าหากเช็คดังกล่าวฉบับหนึ่งฉบับใดเรียกเ</w:t>
      </w:r>
      <w:r w:rsidRPr="00F85BF8">
        <w:rPr>
          <w:rFonts w:ascii="TH SarabunPSK" w:hAnsi="TH SarabunPSK" w:cs="TH SarabunPSK" w:hint="cs"/>
          <w:sz w:val="32"/>
          <w:szCs w:val="32"/>
        </w:rPr>
        <w:t xml:space="preserve">ก็บเงินตามเช็คไม่ได้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ผู้รับโอนจะถือว่าเป็นฝ่ายผิดนัดผิดสัญญา</w:t>
      </w:r>
      <w:proofErr w:type="spellEnd"/>
    </w:p>
    <w:p w14:paraId="631A69A3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ข้อ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4. </w:t>
      </w:r>
      <w:r w:rsidRPr="00F85BF8">
        <w:rPr>
          <w:rFonts w:ascii="TH SarabunPSK" w:hAnsi="TH SarabunPSK" w:cs="TH SarabunPSK" w:hint="cs"/>
          <w:sz w:val="32"/>
          <w:szCs w:val="32"/>
        </w:rPr>
        <w:t>ผู้โอนรับรองว่าจะทำการโอนสิทธิตามสัญญานี้ให้แก่ผู้รับโอนภายในเจ็ดวันนับแต่วันที่ผู้โอนได้รับเงินค่าตอบแทนงวดที่สาม</w:t>
      </w:r>
    </w:p>
    <w:p w14:paraId="075374D3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ข้อ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5.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ผู้รับโอนเป็นผู้รับผิดชอบจ่ายค่าธรรมเนียม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ค่าภาษีอากร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ค่าโอนสิทธิตามสัญญาจองสิทธิการเช่าให้แก่บริษัท..................................................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จำกัด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รวมถึงค่าใช้จ่ายอื่นใดเพื่อการปฏิบัติตามสัญญานี้</w:t>
      </w:r>
      <w:proofErr w:type="spellEnd"/>
    </w:p>
    <w:p w14:paraId="27B577A1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ข้อ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6.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ผู้รับโอนยินยอมให้ผู้โอนริบค่าตอบแทนงวดที่หนึ่ง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หรือผู้โอนยินยอมคืนเงินค่าตอบแทนที่ได้รับให้แก่ผู้รับโอน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หากฝ่ายหนึ่งฝ่ายใดผิดนัดผิดสัญญาข้อหนึ่งข้อใดในสัญญานี้</w:t>
      </w:r>
      <w:proofErr w:type="spellEnd"/>
    </w:p>
    <w:p w14:paraId="77BB1F12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สัญญานี้ทำขึ้นไว้สองฉบับ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BF8">
        <w:rPr>
          <w:rFonts w:ascii="TH SarabunPSK" w:hAnsi="TH SarabunPSK" w:cs="TH SarabunPSK" w:hint="cs"/>
          <w:sz w:val="32"/>
          <w:szCs w:val="32"/>
        </w:rPr>
        <w:t xml:space="preserve">ๆ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ละสองหน้ามีข้อความถูกต้องตรงกัน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ทั้งสองฝ่ายเข้าใจข้อความในสัญญานี้ดีตลอดแล้ว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รับว่าถูกต้องตรงความประสงค์ทุกประการ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จึงลงลายมือชื่อไว้เป็นสำคัญต่อหน้าพยาน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 xml:space="preserve"> </w:t>
      </w: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และต่างยึดถือไว้ฝ่ายละฉบับ</w:t>
      </w:r>
      <w:proofErr w:type="spellEnd"/>
    </w:p>
    <w:p w14:paraId="60A3EF98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ลงชื่อ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......................................................</w:t>
      </w:r>
    </w:p>
    <w:p w14:paraId="0C2B9661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r w:rsidRPr="00F85BF8">
        <w:rPr>
          <w:rFonts w:ascii="TH SarabunPSK" w:hAnsi="TH SarabunPSK" w:cs="TH SarabunPSK" w:hint="cs"/>
          <w:sz w:val="32"/>
          <w:szCs w:val="32"/>
        </w:rPr>
        <w:t>(......................................................)</w:t>
      </w:r>
    </w:p>
    <w:p w14:paraId="7F34B9E3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ผู้โอน</w:t>
      </w:r>
      <w:proofErr w:type="spellEnd"/>
    </w:p>
    <w:p w14:paraId="24CC3194" w14:textId="77777777" w:rsidR="009E412D" w:rsidRPr="00F85BF8" w:rsidRDefault="009E412D">
      <w:pPr>
        <w:rPr>
          <w:rFonts w:ascii="TH SarabunPSK" w:hAnsi="TH SarabunPSK" w:cs="TH SarabunPSK" w:hint="cs"/>
          <w:sz w:val="32"/>
          <w:szCs w:val="32"/>
        </w:rPr>
      </w:pPr>
    </w:p>
    <w:p w14:paraId="4896B4D6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ลงชื่อ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......................................................</w:t>
      </w:r>
    </w:p>
    <w:p w14:paraId="58A446D0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r w:rsidRPr="00F85BF8">
        <w:rPr>
          <w:rFonts w:ascii="TH SarabunPSK" w:hAnsi="TH SarabunPSK" w:cs="TH SarabunPSK" w:hint="cs"/>
          <w:sz w:val="32"/>
          <w:szCs w:val="32"/>
        </w:rPr>
        <w:t>(......................................................)</w:t>
      </w:r>
    </w:p>
    <w:p w14:paraId="313D87EF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ผู้รับโอน</w:t>
      </w:r>
      <w:proofErr w:type="spellEnd"/>
    </w:p>
    <w:p w14:paraId="2094A4A8" w14:textId="77777777" w:rsidR="009E412D" w:rsidRPr="00F85BF8" w:rsidRDefault="009E412D">
      <w:pPr>
        <w:rPr>
          <w:rFonts w:ascii="TH SarabunPSK" w:hAnsi="TH SarabunPSK" w:cs="TH SarabunPSK" w:hint="cs"/>
          <w:sz w:val="32"/>
          <w:szCs w:val="32"/>
        </w:rPr>
      </w:pPr>
    </w:p>
    <w:p w14:paraId="017D89CA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lastRenderedPageBreak/>
        <w:t>ลงชื่อ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......................................................</w:t>
      </w:r>
    </w:p>
    <w:p w14:paraId="481BCC2B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r w:rsidRPr="00F85BF8">
        <w:rPr>
          <w:rFonts w:ascii="TH SarabunPSK" w:hAnsi="TH SarabunPSK" w:cs="TH SarabunPSK" w:hint="cs"/>
          <w:sz w:val="32"/>
          <w:szCs w:val="32"/>
        </w:rPr>
        <w:t>(......................................................)</w:t>
      </w:r>
    </w:p>
    <w:p w14:paraId="6D7479E4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พยาน</w:t>
      </w:r>
      <w:proofErr w:type="spellEnd"/>
    </w:p>
    <w:p w14:paraId="28751731" w14:textId="77777777" w:rsidR="009E412D" w:rsidRPr="00F85BF8" w:rsidRDefault="009E412D">
      <w:pPr>
        <w:rPr>
          <w:rFonts w:ascii="TH SarabunPSK" w:hAnsi="TH SarabunPSK" w:cs="TH SarabunPSK" w:hint="cs"/>
          <w:sz w:val="32"/>
          <w:szCs w:val="32"/>
        </w:rPr>
      </w:pPr>
    </w:p>
    <w:p w14:paraId="2F0773EA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ลงชื่อ</w:t>
      </w:r>
      <w:proofErr w:type="spellEnd"/>
      <w:r w:rsidRPr="00F85BF8">
        <w:rPr>
          <w:rFonts w:ascii="TH SarabunPSK" w:hAnsi="TH SarabunPSK" w:cs="TH SarabunPSK" w:hint="cs"/>
          <w:sz w:val="32"/>
          <w:szCs w:val="32"/>
        </w:rPr>
        <w:t>......................................................</w:t>
      </w:r>
    </w:p>
    <w:p w14:paraId="4BF6ABED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r w:rsidRPr="00F85BF8">
        <w:rPr>
          <w:rFonts w:ascii="TH SarabunPSK" w:hAnsi="TH SarabunPSK" w:cs="TH SarabunPSK" w:hint="cs"/>
          <w:sz w:val="32"/>
          <w:szCs w:val="32"/>
        </w:rPr>
        <w:t>(......................................................)</w:t>
      </w:r>
    </w:p>
    <w:p w14:paraId="512E8DB8" w14:textId="77777777" w:rsidR="009E412D" w:rsidRPr="00F85BF8" w:rsidRDefault="00F85BF8">
      <w:pPr>
        <w:rPr>
          <w:rFonts w:ascii="TH SarabunPSK" w:hAnsi="TH SarabunPSK" w:cs="TH SarabunPSK" w:hint="cs"/>
          <w:sz w:val="32"/>
          <w:szCs w:val="32"/>
        </w:rPr>
      </w:pPr>
      <w:proofErr w:type="spellStart"/>
      <w:r w:rsidRPr="00F85BF8">
        <w:rPr>
          <w:rFonts w:ascii="TH SarabunPSK" w:hAnsi="TH SarabunPSK" w:cs="TH SarabunPSK" w:hint="cs"/>
          <w:sz w:val="32"/>
          <w:szCs w:val="32"/>
        </w:rPr>
        <w:t>พยาน</w:t>
      </w:r>
      <w:proofErr w:type="spellEnd"/>
    </w:p>
    <w:p w14:paraId="01FFB7E5" w14:textId="77777777" w:rsidR="009E412D" w:rsidRPr="00F85BF8" w:rsidRDefault="009E412D">
      <w:pPr>
        <w:rPr>
          <w:rFonts w:ascii="TH SarabunPSK" w:hAnsi="TH SarabunPSK" w:cs="TH SarabunPSK" w:hint="cs"/>
          <w:sz w:val="32"/>
          <w:szCs w:val="32"/>
        </w:rPr>
      </w:pPr>
    </w:p>
    <w:sectPr w:rsidR="009E412D" w:rsidRPr="00F85BF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6423567">
    <w:abstractNumId w:val="8"/>
  </w:num>
  <w:num w:numId="2" w16cid:durableId="1557812062">
    <w:abstractNumId w:val="6"/>
  </w:num>
  <w:num w:numId="3" w16cid:durableId="1363747348">
    <w:abstractNumId w:val="5"/>
  </w:num>
  <w:num w:numId="4" w16cid:durableId="111411556">
    <w:abstractNumId w:val="4"/>
  </w:num>
  <w:num w:numId="5" w16cid:durableId="886523747">
    <w:abstractNumId w:val="7"/>
  </w:num>
  <w:num w:numId="6" w16cid:durableId="381053863">
    <w:abstractNumId w:val="3"/>
  </w:num>
  <w:num w:numId="7" w16cid:durableId="1868594680">
    <w:abstractNumId w:val="2"/>
  </w:num>
  <w:num w:numId="8" w16cid:durableId="2016489479">
    <w:abstractNumId w:val="1"/>
  </w:num>
  <w:num w:numId="9" w16cid:durableId="1376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9E412D"/>
    <w:rsid w:val="00AA1D8D"/>
    <w:rsid w:val="00AF4A52"/>
    <w:rsid w:val="00B47730"/>
    <w:rsid w:val="00CB0664"/>
    <w:rsid w:val="00F85BF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32E288"/>
  <w14:defaultImageDpi w14:val="300"/>
  <w15:docId w15:val="{7090B38F-4FCE-4A73-85A1-9AFF45E8A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EastAsia" w:hAnsiTheme="majorHAnsi" w:cstheme="majorBidi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eastAsiaTheme="majorEastAsia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eastAsiaTheme="majorEastAsia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eastAsiaTheme="majorEastAsia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2025-07-25T23:26:00Z</dcterms:created>
  <dcterms:modified xsi:type="dcterms:W3CDTF">2025-07-25T23:26:00Z</dcterms:modified>
  <cp:category/>
</cp:coreProperties>
</file>