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F2964" w14:textId="4E2AB01F" w:rsidR="00E96559" w:rsidRPr="004B3383" w:rsidRDefault="004B3383">
      <w:pPr>
        <w:pStyle w:val="Heading1"/>
        <w:rPr>
          <w:rFonts w:ascii="TH SarabunPSK" w:hAnsi="TH SarabunPSK" w:cs="TH SarabunPSK" w:hint="cs"/>
          <w:sz w:val="40"/>
          <w:szCs w:val="40"/>
        </w:rPr>
      </w:pPr>
      <w:r>
        <w:tab/>
      </w:r>
      <w:r>
        <w:tab/>
      </w:r>
      <w:r>
        <w:tab/>
      </w:r>
      <w:r>
        <w:tab/>
      </w:r>
      <w:proofErr w:type="spellStart"/>
      <w:r w:rsidRPr="004B3383">
        <w:rPr>
          <w:rFonts w:ascii="TH SarabunPSK" w:hAnsi="TH SarabunPSK" w:cs="TH SarabunPSK" w:hint="cs"/>
          <w:color w:val="000000" w:themeColor="text1"/>
          <w:sz w:val="40"/>
          <w:szCs w:val="40"/>
        </w:rPr>
        <w:t>สัญญาโอนสิทธิการเช่า</w:t>
      </w:r>
      <w:proofErr w:type="spellEnd"/>
      <w:r w:rsidRPr="004B3383">
        <w:rPr>
          <w:rFonts w:ascii="TH SarabunPSK" w:hAnsi="TH SarabunPSK" w:cs="TH SarabunPSK" w:hint="cs"/>
          <w:color w:val="000000" w:themeColor="text1"/>
          <w:sz w:val="40"/>
          <w:szCs w:val="40"/>
        </w:rPr>
        <w:t xml:space="preserve"> (แบบที่ 1)</w:t>
      </w:r>
    </w:p>
    <w:p w14:paraId="25B39FBF" w14:textId="77777777" w:rsidR="00E96559" w:rsidRDefault="004B3383">
      <w:pPr>
        <w:rPr>
          <w:rFonts w:hint="eastAsia"/>
        </w:rPr>
      </w:pPr>
      <w:r>
        <w:t>ทำที่............................................................</w:t>
      </w:r>
    </w:p>
    <w:p w14:paraId="770421A0" w14:textId="77777777" w:rsidR="00E96559" w:rsidRDefault="004B3383">
      <w:pPr>
        <w:rPr>
          <w:rFonts w:hint="eastAsia"/>
        </w:rPr>
      </w:pPr>
      <w:r>
        <w:t>วันที่..........เดือน.......................พ.ศ.....................</w:t>
      </w:r>
    </w:p>
    <w:p w14:paraId="748ADCA6" w14:textId="77777777" w:rsidR="00E96559" w:rsidRDefault="004B3383">
      <w:pPr>
        <w:rPr>
          <w:rFonts w:hint="eastAsia"/>
        </w:rPr>
      </w:pPr>
      <w:r>
        <w:t>สัญญานี้ทำขึ้นระหว่าง................................................... อยู่บ้านเลขที่.....................................................</w:t>
      </w:r>
    </w:p>
    <w:p w14:paraId="0E3FD14E" w14:textId="77777777" w:rsidR="00E96559" w:rsidRDefault="004B3383">
      <w:pPr>
        <w:rPr>
          <w:rFonts w:hint="eastAsia"/>
        </w:rPr>
      </w:pPr>
      <w:r>
        <w:t>ถนน..................................................... ตำบล/แขวง..................................................... อำเภอ/เขต..................................................... จังหวัด..................................................... ซึ่งต่อไปในสัญญานี้เรียกว่า “ผู้โอนสิทธิการเช่า” ฝ่ายหนึ่ง</w:t>
      </w:r>
    </w:p>
    <w:p w14:paraId="414D60B2" w14:textId="77777777" w:rsidR="00E96559" w:rsidRDefault="004B3383">
      <w:pPr>
        <w:rPr>
          <w:rFonts w:hint="eastAsia"/>
        </w:rPr>
      </w:pPr>
      <w:r>
        <w:t>กับ................................................... อยู่บ้านเลขที่..................................................... ถนน..................................................... ตำบล/แขวง..................................................... อำเภอ/เขต..................................................... จังหวัด..................................................... ซึ่งต่อไปในสัญญานี้จะเรียกว่า “ผู้รับโอนสิทธิการเช่า” อีกฝ่ายหนึ่ง</w:t>
      </w:r>
    </w:p>
    <w:p w14:paraId="508371D1" w14:textId="77777777" w:rsidR="00E96559" w:rsidRDefault="004B3383">
      <w:pPr>
        <w:rPr>
          <w:rFonts w:hint="eastAsia"/>
        </w:rPr>
      </w:pPr>
      <w:r>
        <w:t>โดยที่ ผู้โอนสิทธิการเช่าเป็นผู้มีสิทธิการเช่าในอาคารเลขที่................................................. ถนน..................................................... ตำบล/แขวง..................................................... อำเภอ/เขต..................................................... จังหวัด..................................................... ตามสัญญาเช่าระหว่าง..................................................... กับ..................................................... ลงวันที่..........เดือน......</w:t>
      </w:r>
      <w:r>
        <w:t>.................</w:t>
      </w:r>
      <w:r>
        <w:t>พ.ศ.....................</w:t>
      </w:r>
    </w:p>
    <w:p w14:paraId="5DB24101" w14:textId="77777777" w:rsidR="00E96559" w:rsidRDefault="004B3383">
      <w:pPr>
        <w:rPr>
          <w:rFonts w:hint="eastAsia"/>
        </w:rPr>
      </w:pPr>
      <w:r>
        <w:t>และโดยที่ผู้โอนสิทธิการเช่าประสงค์จะโอนสิทธิการเช่าตามสัญญาดังกล่าวข้างต้นให้ผู้รับโอนสิทธิการเช่า คู่สัญญาทั้งสองฝ่ายจึงตกลงทำสัญญากัน มีข้อความดังต่อไปนี้:</w:t>
      </w:r>
    </w:p>
    <w:p w14:paraId="1A74BAA7" w14:textId="77777777" w:rsidR="00E96559" w:rsidRDefault="004B3383">
      <w:pPr>
        <w:rPr>
          <w:rFonts w:hint="eastAsia"/>
        </w:rPr>
      </w:pPr>
      <w:r>
        <w:t xml:space="preserve">ข้อ 1. ผู้โอนสิทธิการเช่าตกลงโอนสิทธิการเช่า และผู้รับโอนสิทธิการเช่าตกลงรับโอนสิทธิการเช่าในอาคารเลขที่................................................. ถนน..................................................... ตำบล/แขวง..................................................... อำเภอ/เขต..................................................... จังหวัด..................................................... </w:t>
      </w:r>
      <w:r>
        <w:lastRenderedPageBreak/>
        <w:t>ซึ่งผู้โอนสิทธิการเช่าได้เช่ามาจาก..................................................... ตามสัญญาเช่าลงวันที่..........เดือน.......................พ.ศ.....................</w:t>
      </w:r>
    </w:p>
    <w:p w14:paraId="0B2952BE" w14:textId="77777777" w:rsidR="00E96559" w:rsidRDefault="004B3383">
      <w:pPr>
        <w:rPr>
          <w:rFonts w:hint="eastAsia"/>
        </w:rPr>
      </w:pPr>
      <w:r>
        <w:t>ข้อ 2. ผู้รับโอนสิทธิการเช่าตกลงจะชำระเงินเพื่อเป็นการตอบแทนการโอนสิทธิการเช่า โดยจะแบ่งชำระเป็นงวด ๆ ดังนี้</w:t>
      </w:r>
      <w:r>
        <w:br/>
      </w:r>
      <w:r>
        <w:t>งวดที่หนึ่ง ชำระในวันทำสัญญานี้เป็นเงิน.....................บาท (.....................................................) โดยชำระเป็นเช็คธนาคาร................................................. เลขที่........................... สาขา........................... ลงวันที่........................... และผู้รับโอนสิทธิการเช่าได้รับเช็คดังกล่าวไปเรียบร้อยแล้ว</w:t>
      </w:r>
      <w:r>
        <w:br/>
        <w:t>งวดที่สอง ชำระในวันที่ผู้รับโอนสิทธิการเช่าได้เข้าทำสัญญาเช่าโดยตรงกับผู้ให้เช่า เป็นเงิน.....................บาท (.............................................</w:t>
      </w:r>
      <w:r>
        <w:t>........)</w:t>
      </w:r>
    </w:p>
    <w:p w14:paraId="4B57EDBB" w14:textId="77777777" w:rsidR="00E96559" w:rsidRDefault="004B3383">
      <w:pPr>
        <w:rPr>
          <w:rFonts w:hint="eastAsia"/>
        </w:rPr>
      </w:pPr>
      <w:r>
        <w:t>ข้อ 3. ผู้โอนสิทธิการเช่าจะต้องจัดการและนำผู้รับโอนสิทธิการเช่าไปทำสัญญาเช่าโดยตรงกับผู้ให้เช่าให้เสร็จภายใน.....................วัน นับจากวันทำสัญญานี้ โดยผู้โอนสิทธิการเช่ารับจะเป็นผู้เสียค่าใช้จ่ายในการจัดการเองทั้งสิ้น</w:t>
      </w:r>
    </w:p>
    <w:p w14:paraId="07480D4F" w14:textId="77777777" w:rsidR="00E96559" w:rsidRDefault="004B3383">
      <w:pPr>
        <w:rPr>
          <w:rFonts w:hint="eastAsia"/>
        </w:rPr>
      </w:pPr>
      <w:r>
        <w:t>ข้อ 4. ผู้โอนสิทธิการเช่าตกลงจะขนย้ายทรัพย์สินและบริวารออกจากอาคารที่เช่าให้เสร็จสิ้น และส่งมอบอาคารให้แก่ผู้รับโอนสิทธิการเช่าภายใน.....................วัน นับจากวันที่ผู้รับโอนสิทธิการเช่าและผู้ให้เช่าได้ทำสัญญาเช่าต่อกัน</w:t>
      </w:r>
    </w:p>
    <w:p w14:paraId="7233322A" w14:textId="77777777" w:rsidR="00E96559" w:rsidRDefault="004B3383">
      <w:pPr>
        <w:rPr>
          <w:rFonts w:hint="eastAsia"/>
        </w:rPr>
      </w:pPr>
      <w:r>
        <w:t>ข้อ 5. หากผู้โอนสิทธิการเช่าไม่สามารถจัดการให้ผู้รับโอนสิทธิการเช่าได้ทำสัญญาเช่ากับผู้ให้เช่าได้ภายในกำหนดเวลาตามข้อ 3 ผู้โอนสิทธิการเช่าตกลงคืนเงินที่ได้รับไว้จากผู้รับโอนสิทธิการเช่าให้แก่ผู้รับโอนสิทธิการเช่าทั้งหมด พร้อมทั้งตกลงที่จะเสียค่าปรับให้แก่ผู้รับโอนสิทธิการเช่า เป็นจำนวนเงิน.....................บาท (.....................................................) และให้ถือว่าสัญญานี้เป็นอันเลิกกัน</w:t>
      </w:r>
      <w:r>
        <w:br/>
      </w:r>
      <w:r>
        <w:t>ในทำนองเดียวกัน หากผู้รับโอนสิทธิการเช่าไม่ยอมเข้าทำสัญญากับผู้ให้เช่าภายในกำหนดเวลาตามข้อ 3 ผู้รับโอนสิทธิการเช่าตกลงยินยอมให้ผู้โอนสิทธิการเช่าริบเงินที่ได้ชำระไว้แล้วทั้งหมด และให้ถือว่าสัญญานี้เป็นอันเลิกกัน</w:t>
      </w:r>
    </w:p>
    <w:p w14:paraId="31186461" w14:textId="77777777" w:rsidR="00E96559" w:rsidRDefault="004B3383">
      <w:pPr>
        <w:rPr>
          <w:rFonts w:hint="eastAsia"/>
        </w:rPr>
      </w:pPr>
      <w:r>
        <w:lastRenderedPageBreak/>
        <w:t>สัญญานี้ทำขึ้นเป็น...........ฉบับ มีข้อความถูกต้องตรงกัน คู่สัญญาทั้งสองฝ่ายได้อ่านและเข้าใจข้อความดีแล้ว เห็นว่าสัญญาถูกต้อง จึงได้ลงลายมือชื่อไว้เป็นสำคัญต่อหน้าพยาน</w:t>
      </w:r>
    </w:p>
    <w:p w14:paraId="0FCF9F1B" w14:textId="77777777" w:rsidR="00E96559" w:rsidRDefault="004B3383">
      <w:pPr>
        <w:rPr>
          <w:rFonts w:hint="eastAsia"/>
        </w:rPr>
      </w:pPr>
      <w:r>
        <w:t>ลงชื่อ......................................................</w:t>
      </w:r>
    </w:p>
    <w:p w14:paraId="2B177553" w14:textId="77777777" w:rsidR="00E96559" w:rsidRDefault="004B3383">
      <w:pPr>
        <w:rPr>
          <w:rFonts w:hint="eastAsia"/>
        </w:rPr>
      </w:pPr>
      <w:r>
        <w:t>(......................................................)</w:t>
      </w:r>
    </w:p>
    <w:p w14:paraId="3DFCB291" w14:textId="77777777" w:rsidR="00E96559" w:rsidRDefault="004B3383">
      <w:pPr>
        <w:rPr>
          <w:rFonts w:hint="eastAsia"/>
        </w:rPr>
      </w:pPr>
      <w:r>
        <w:t>ผู้โอนสิทธิการเช่า</w:t>
      </w:r>
    </w:p>
    <w:p w14:paraId="225B2E1C" w14:textId="77777777" w:rsidR="00E96559" w:rsidRDefault="00E96559">
      <w:pPr>
        <w:rPr>
          <w:rFonts w:hint="eastAsia"/>
        </w:rPr>
      </w:pPr>
    </w:p>
    <w:p w14:paraId="1F049BF3" w14:textId="77777777" w:rsidR="00E96559" w:rsidRDefault="004B3383">
      <w:pPr>
        <w:rPr>
          <w:rFonts w:hint="eastAsia"/>
        </w:rPr>
      </w:pPr>
      <w:r>
        <w:t>ลงชื่อ......................................................</w:t>
      </w:r>
    </w:p>
    <w:p w14:paraId="0EDF8076" w14:textId="77777777" w:rsidR="00E96559" w:rsidRDefault="004B3383">
      <w:pPr>
        <w:rPr>
          <w:rFonts w:hint="eastAsia"/>
        </w:rPr>
      </w:pPr>
      <w:r>
        <w:t>(......................................................)</w:t>
      </w:r>
    </w:p>
    <w:p w14:paraId="2F4FF7C6" w14:textId="77777777" w:rsidR="00E96559" w:rsidRDefault="004B3383">
      <w:pPr>
        <w:rPr>
          <w:rFonts w:hint="eastAsia"/>
        </w:rPr>
      </w:pPr>
      <w:r>
        <w:t>ผู้รับโอนสิทธิการเช่า</w:t>
      </w:r>
    </w:p>
    <w:p w14:paraId="29E136A8" w14:textId="77777777" w:rsidR="00E96559" w:rsidRDefault="00E96559">
      <w:pPr>
        <w:rPr>
          <w:rFonts w:hint="eastAsia"/>
        </w:rPr>
      </w:pPr>
    </w:p>
    <w:p w14:paraId="3FFA88B3" w14:textId="77777777" w:rsidR="00E96559" w:rsidRDefault="004B3383">
      <w:pPr>
        <w:rPr>
          <w:rFonts w:hint="eastAsia"/>
        </w:rPr>
      </w:pPr>
      <w:r>
        <w:t>ลงชื่อ......................................................</w:t>
      </w:r>
    </w:p>
    <w:p w14:paraId="095B0150" w14:textId="77777777" w:rsidR="00E96559" w:rsidRDefault="004B3383">
      <w:pPr>
        <w:rPr>
          <w:rFonts w:hint="eastAsia"/>
        </w:rPr>
      </w:pPr>
      <w:r>
        <w:t>(......................................................)</w:t>
      </w:r>
    </w:p>
    <w:p w14:paraId="034E1C14" w14:textId="77777777" w:rsidR="00E96559" w:rsidRDefault="004B3383">
      <w:pPr>
        <w:rPr>
          <w:rFonts w:hint="eastAsia"/>
        </w:rPr>
      </w:pPr>
      <w:r>
        <w:t>พยาน</w:t>
      </w:r>
    </w:p>
    <w:p w14:paraId="6697DFB7" w14:textId="77777777" w:rsidR="00E96559" w:rsidRDefault="00E96559">
      <w:pPr>
        <w:rPr>
          <w:rFonts w:hint="eastAsia"/>
        </w:rPr>
      </w:pPr>
    </w:p>
    <w:p w14:paraId="6B6E4F04" w14:textId="77777777" w:rsidR="00E96559" w:rsidRDefault="004B3383">
      <w:pPr>
        <w:rPr>
          <w:rFonts w:hint="eastAsia"/>
        </w:rPr>
      </w:pPr>
      <w:r>
        <w:t>ลงชื่อ......................................................</w:t>
      </w:r>
    </w:p>
    <w:p w14:paraId="01DA2DA4" w14:textId="77777777" w:rsidR="00E96559" w:rsidRDefault="004B3383">
      <w:pPr>
        <w:rPr>
          <w:rFonts w:hint="eastAsia"/>
        </w:rPr>
      </w:pPr>
      <w:r>
        <w:t>(......................................................)</w:t>
      </w:r>
    </w:p>
    <w:p w14:paraId="2A159052" w14:textId="77777777" w:rsidR="00E96559" w:rsidRDefault="004B3383">
      <w:pPr>
        <w:rPr>
          <w:rFonts w:hint="eastAsia"/>
        </w:rPr>
      </w:pPr>
      <w:r>
        <w:t>พยาน</w:t>
      </w:r>
    </w:p>
    <w:p w14:paraId="184E65EC" w14:textId="77777777" w:rsidR="00E96559" w:rsidRDefault="00E96559">
      <w:pPr>
        <w:rPr>
          <w:rFonts w:hint="eastAsia"/>
        </w:rPr>
      </w:pPr>
    </w:p>
    <w:sectPr w:rsidR="00E9655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16035762">
    <w:abstractNumId w:val="8"/>
  </w:num>
  <w:num w:numId="2" w16cid:durableId="1962106288">
    <w:abstractNumId w:val="6"/>
  </w:num>
  <w:num w:numId="3" w16cid:durableId="1622569147">
    <w:abstractNumId w:val="5"/>
  </w:num>
  <w:num w:numId="4" w16cid:durableId="1961957621">
    <w:abstractNumId w:val="4"/>
  </w:num>
  <w:num w:numId="5" w16cid:durableId="21520206">
    <w:abstractNumId w:val="7"/>
  </w:num>
  <w:num w:numId="6" w16cid:durableId="1871216204">
    <w:abstractNumId w:val="3"/>
  </w:num>
  <w:num w:numId="7" w16cid:durableId="1628387507">
    <w:abstractNumId w:val="2"/>
  </w:num>
  <w:num w:numId="8" w16cid:durableId="1581518959">
    <w:abstractNumId w:val="1"/>
  </w:num>
  <w:num w:numId="9" w16cid:durableId="559075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B3383"/>
    <w:rsid w:val="008603C2"/>
    <w:rsid w:val="00AA1D8D"/>
    <w:rsid w:val="00B47730"/>
    <w:rsid w:val="00CB0664"/>
    <w:rsid w:val="00E9655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10B5DD"/>
  <w14:defaultImageDpi w14:val="300"/>
  <w15:docId w15:val="{B0AE9E2D-92DF-406A-8C4A-7AA822EC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PSK" w:hAnsi="TH SarabunPSK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2025-07-25T23:34:00Z</dcterms:created>
  <dcterms:modified xsi:type="dcterms:W3CDTF">2025-07-25T23:34:00Z</dcterms:modified>
  <cp:category/>
</cp:coreProperties>
</file>