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84A54" w14:textId="77777777" w:rsidR="00FC7604" w:rsidRDefault="007624FA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 (แบบที่ 2)</w:t>
      </w:r>
    </w:p>
    <w:p w14:paraId="28083EBA" w14:textId="77777777" w:rsidR="00FC7604" w:rsidRDefault="007624FA">
      <w:pPr>
        <w:rPr>
          <w:rFonts w:hint="eastAsia"/>
        </w:rPr>
      </w:pPr>
      <w:r>
        <w:t>ทำที่ ....................................................</w:t>
      </w:r>
    </w:p>
    <w:p w14:paraId="5F5B209D" w14:textId="77777777" w:rsidR="00FC7604" w:rsidRDefault="007624FA">
      <w:pPr>
        <w:rPr>
          <w:rFonts w:hint="eastAsia"/>
        </w:rPr>
      </w:pPr>
      <w:r>
        <w:t>วันที่ ............. เดือน ................................. พ.ศ. .....................</w:t>
      </w:r>
      <w:r>
        <w:br/>
      </w:r>
    </w:p>
    <w:p w14:paraId="45FF05F8" w14:textId="2808F94C" w:rsidR="00FC7604" w:rsidRDefault="007624FA">
      <w:pPr>
        <w:rPr>
          <w:rFonts w:hint="eastAsia"/>
        </w:rPr>
      </w:pPr>
      <w:r>
        <w:t xml:space="preserve">สัญญานี้ทำขึ้นระหว่าง .................................................. </w:t>
      </w:r>
      <w:r>
        <w:br/>
      </w:r>
      <w:proofErr w:type="spellStart"/>
      <w:r>
        <w:t>อยู่บ้านเลขที่</w:t>
      </w:r>
      <w:proofErr w:type="spellEnd"/>
      <w:r>
        <w:t xml:space="preserve"> .................................................... ถนน .......................................... </w:t>
      </w:r>
      <w:r>
        <w:br/>
      </w:r>
      <w:proofErr w:type="spellStart"/>
      <w:r>
        <w:t>ตำบล</w:t>
      </w:r>
      <w:proofErr w:type="spellEnd"/>
      <w:r>
        <w:t>/</w:t>
      </w:r>
      <w:proofErr w:type="spellStart"/>
      <w:r>
        <w:t>แขวง</w:t>
      </w:r>
      <w:proofErr w:type="spellEnd"/>
      <w:r>
        <w:t xml:space="preserve"> .......................................... อำเภอ/เขต .......................................... </w:t>
      </w:r>
      <w:r>
        <w:br/>
      </w:r>
      <w:proofErr w:type="spellStart"/>
      <w:r>
        <w:t>จังหวัด</w:t>
      </w:r>
      <w:proofErr w:type="spellEnd"/>
      <w:r>
        <w:t xml:space="preserve"> .......................................... ซึ่งต่อไปในสัญญานี้จะเรียกว่า “ผู้ให้เช่า” ฝ่ายหนึ่ง</w:t>
      </w:r>
      <w:r>
        <w:br/>
        <w:t xml:space="preserve">กับ .................................................. </w:t>
      </w:r>
      <w:r>
        <w:br/>
      </w:r>
      <w:proofErr w:type="spellStart"/>
      <w:r>
        <w:t>อยู่บ้านเลขที่</w:t>
      </w:r>
      <w:proofErr w:type="spellEnd"/>
      <w:r>
        <w:t xml:space="preserve"> .................................................... ถนน .......................................... </w:t>
      </w:r>
      <w:r>
        <w:br/>
      </w:r>
      <w:proofErr w:type="spellStart"/>
      <w:r>
        <w:t>ตำบล</w:t>
      </w:r>
      <w:proofErr w:type="spellEnd"/>
      <w:r>
        <w:t>/</w:t>
      </w:r>
      <w:proofErr w:type="spellStart"/>
      <w:r>
        <w:t>แขวง</w:t>
      </w:r>
      <w:proofErr w:type="spellEnd"/>
      <w:r>
        <w:t xml:space="preserve"> .......................................... อำเภอ/เขต ..........................................</w:t>
      </w:r>
      <w:r>
        <w:br/>
      </w:r>
      <w:proofErr w:type="spellStart"/>
      <w:r>
        <w:t>จังหวัด</w:t>
      </w:r>
      <w:proofErr w:type="spellEnd"/>
      <w:r>
        <w:t xml:space="preserve"> .......................................... ซึ่งต่อไปในสัญญานี้จะเรียกว่า “ผู้เช่า-ผู้โอนสิทธิ” อีกฝ่ายหนึ่ง</w:t>
      </w:r>
      <w:r>
        <w:br/>
        <w:t xml:space="preserve">กับ .................................................. </w:t>
      </w:r>
      <w:r>
        <w:br/>
      </w:r>
      <w:proofErr w:type="spellStart"/>
      <w:r>
        <w:t>อยู่บ้านเลขที่</w:t>
      </w:r>
      <w:proofErr w:type="spellEnd"/>
      <w:r>
        <w:t xml:space="preserve"> .................................................... ถนน .......................................... </w:t>
      </w:r>
      <w:r>
        <w:br/>
      </w:r>
      <w:proofErr w:type="spellStart"/>
      <w:r>
        <w:t>ตำบล</w:t>
      </w:r>
      <w:proofErr w:type="spellEnd"/>
      <w:r>
        <w:t>/</w:t>
      </w:r>
      <w:proofErr w:type="spellStart"/>
      <w:r>
        <w:t>แขวง</w:t>
      </w:r>
      <w:proofErr w:type="spellEnd"/>
      <w:r>
        <w:t xml:space="preserve"> .......................................... อำเภอ/เขต .......................................... </w:t>
      </w:r>
      <w:r>
        <w:br/>
      </w:r>
      <w:proofErr w:type="spellStart"/>
      <w:r>
        <w:t>จังหวัด</w:t>
      </w:r>
      <w:proofErr w:type="spellEnd"/>
      <w:r>
        <w:t xml:space="preserve"> .......................................... ซึ่งต่อไปในสัญญานี้จะเรียกว่า “ผู้รับโอนสิทธิ” อีกฝ่ายหนึ่ง</w:t>
      </w:r>
      <w:r>
        <w:br/>
      </w:r>
    </w:p>
    <w:p w14:paraId="6394DA40" w14:textId="77777777" w:rsidR="00FC7604" w:rsidRDefault="007624FA">
      <w:pPr>
        <w:rPr>
          <w:rFonts w:hint="eastAsia"/>
        </w:rPr>
      </w:pPr>
      <w:r>
        <w:t>โดยที่ผู้เช่า-ผู้โอนสิทธิ ประสงค์จะโอนสิทธิการเช่าตามสัญญาดังกล่าวข้างต้นให้แก่ผู้รับโอนสิทธิ และผู้ให้เช่าได้ตกลงยินยอมให้มีการโอนสิทธิการเช่าดังกล่าว</w:t>
      </w:r>
    </w:p>
    <w:p w14:paraId="6085BD50" w14:textId="77777777" w:rsidR="00FC7604" w:rsidRDefault="007624FA">
      <w:pPr>
        <w:rPr>
          <w:rFonts w:hint="eastAsia"/>
        </w:rPr>
      </w:pPr>
      <w:r>
        <w:t>ข้อ 1. สิทธิการเช่าที่จะโอน</w:t>
      </w:r>
    </w:p>
    <w:p w14:paraId="05BC8DC4" w14:textId="77777777" w:rsidR="00FC7604" w:rsidRDefault="007624FA">
      <w:pPr>
        <w:rPr>
          <w:rFonts w:hint="eastAsia"/>
        </w:rPr>
      </w:pPr>
      <w:r>
        <w:t>ผู้เช่า-ผู้โอนสิทธิ ตกลงจะโอนสิทธิการเช่า และผู้รับโอนตกลงที่จะรับโอนสิทธิการเช่าในอาคารเลขที่ ....................... ถนน .......................................... ตำบล/แขวง .......................................... อำเภอ/เขต .......................................... จังหวัด .......................................... ซึ่งผู้เช่า-</w:t>
      </w:r>
      <w:r>
        <w:lastRenderedPageBreak/>
        <w:t>ผู้โอนสิทธิได้เช่ามาจากผู้ให้เช่า ตามสัญญาเช่า ลงวันที่ ............. เดือน ....................... พ.ศ. ..................... โดยผู้รับโอนสิทธิยินยอมปฏิบัติตามข้อตกลงในสัญญาเช่าเดิมทุกประการ</w:t>
      </w:r>
    </w:p>
    <w:p w14:paraId="2D975AAA" w14:textId="77777777" w:rsidR="00FC7604" w:rsidRDefault="007624FA">
      <w:pPr>
        <w:rPr>
          <w:rFonts w:hint="eastAsia"/>
        </w:rPr>
      </w:pPr>
      <w:r>
        <w:t>ข้อ 2. เงินตอบแทนผู้เช่า-ผู้โอนสิทธิ</w:t>
      </w:r>
    </w:p>
    <w:p w14:paraId="227E0A05" w14:textId="77777777" w:rsidR="00FC7604" w:rsidRDefault="007624FA">
      <w:pPr>
        <w:rPr>
          <w:rFonts w:hint="eastAsia"/>
        </w:rPr>
      </w:pPr>
      <w:r>
        <w:t>ผู้รับโอนสิทธิตกลงจ่ายเงินตอบแทนให้แก่ผู้เช่า-ผู้โอนสิทธิเป็นจำนวน ................... บาท (...............................................................) โดยแบ่งชำระเป็นสองงวด ดังนี้</w:t>
      </w:r>
      <w:r>
        <w:br/>
      </w:r>
      <w:r>
        <w:t>งวดที่หนึ่ง ชำระในวันทำสัญญานี้เป็นเงิน ................... บาท โดยชำระเป็นเช็ค ธนาคาร .................... เลขที่ .................... สาขา .................... ลงวันที่ ............. เดือน ....................... พ.ศ. .....................</w:t>
      </w:r>
      <w:r>
        <w:br/>
        <w:t>งวดที่สอง ชำระในวันที่ผู้เช่า-ผู้โอนสิทธิ ส่งมอบอาคารที่เช่าให้แก่ผู้รับโอนสิทธิ</w:t>
      </w:r>
    </w:p>
    <w:p w14:paraId="5853289F" w14:textId="77777777" w:rsidR="00FC7604" w:rsidRDefault="007624FA">
      <w:pPr>
        <w:rPr>
          <w:rFonts w:hint="eastAsia"/>
        </w:rPr>
      </w:pPr>
      <w:r>
        <w:t>ข้อ 3. การส่งมอบอาคาร</w:t>
      </w:r>
    </w:p>
    <w:p w14:paraId="094A4E8E" w14:textId="77777777" w:rsidR="00FC7604" w:rsidRDefault="007624FA">
      <w:pPr>
        <w:rPr>
          <w:rFonts w:hint="eastAsia"/>
        </w:rPr>
      </w:pPr>
      <w:r>
        <w:t>ผู้เช่า-ผู้โอนสิทธิ ตกลงจะส่งมอบอาคารภายใน ............. วัน นับแต่วันทำสัญญานี้</w:t>
      </w:r>
      <w:r>
        <w:br/>
      </w:r>
      <w:r>
        <w:t>หากไม่สามารถส่งมอบได้ภายในกำหนด ผู้เช่า-ผู้โอนสิทธิ ยินยอมชำระค่าปรับให้แก่ผู้รับโอนสิทธิ วันละ ............. บาท จนกว่าจะส่งมอบแล้วเสร็จ</w:t>
      </w:r>
    </w:p>
    <w:p w14:paraId="02B45B8E" w14:textId="77777777" w:rsidR="00FC7604" w:rsidRDefault="007624FA">
      <w:pPr>
        <w:rPr>
          <w:rFonts w:hint="eastAsia"/>
        </w:rPr>
      </w:pPr>
      <w:r>
        <w:t>ข้อ 4. ค่าภาระต่าง ๆ และเงื่อนไขเพิ่มเติม</w:t>
      </w:r>
    </w:p>
    <w:p w14:paraId="5C291261" w14:textId="77777777" w:rsidR="00FC7604" w:rsidRDefault="007624FA">
      <w:pPr>
        <w:rPr>
          <w:rFonts w:hint="eastAsia"/>
        </w:rPr>
      </w:pPr>
      <w:r>
        <w:t xml:space="preserve">- </w:t>
      </w:r>
      <w:r>
        <w:t>คู่สัญญาตกลงให้ผู้เช่า-ผู้โอนสิทธิรับผิดชอบค่าสาธารณูปโภคต่าง ๆ จนถึงวันที่ส่งมอบ</w:t>
      </w:r>
      <w:r>
        <w:br/>
        <w:t>- ผู้รับโอนสิทธิตรวจสอบและรับทราบสภาพอาคารแล้วโดยสมัครใจ</w:t>
      </w:r>
      <w:r>
        <w:br/>
        <w:t>- ผู้เช่า-ผู้โอนสิทธิ รับรองว่าไม่มีข้อพิพาทหรือผูกพันใด ๆ กับบุคคลที่สามเกี่ยวกับสิทธิการเช่า</w:t>
      </w:r>
    </w:p>
    <w:p w14:paraId="2EB2EB22" w14:textId="77777777" w:rsidR="00FC7604" w:rsidRDefault="007624FA">
      <w:pPr>
        <w:rPr>
          <w:rFonts w:hint="eastAsia"/>
        </w:rPr>
      </w:pPr>
      <w:r>
        <w:t>สัญญานี้ทำขึ้นเป็นจำนวน ............. ฉบับ มีข้อความถูกต้องตรงกัน คู่สัญญาทุกฝ่ายได้อ่านและเข้าใจดีแล้ว จึงลงลายมือชื่อไว้เป็นสำคัญต่อหน้าพยาน</w:t>
      </w:r>
    </w:p>
    <w:p w14:paraId="20F3444E" w14:textId="77777777" w:rsidR="00FC7604" w:rsidRDefault="007624FA">
      <w:pPr>
        <w:rPr>
          <w:rFonts w:hint="eastAsia"/>
        </w:rPr>
      </w:pPr>
      <w:r>
        <w:br/>
      </w:r>
      <w:r>
        <w:t>ลงชื่อ .............................................. ผู้ให้เช่า</w:t>
      </w:r>
    </w:p>
    <w:p w14:paraId="2F902CB8" w14:textId="77777777" w:rsidR="00FC7604" w:rsidRDefault="007624FA">
      <w:pPr>
        <w:rPr>
          <w:rFonts w:hint="eastAsia"/>
        </w:rPr>
      </w:pPr>
      <w:r>
        <w:t>ลงชื่อ .............................................. ผู้เช่า-ผู้โอนสิทธิ</w:t>
      </w:r>
    </w:p>
    <w:p w14:paraId="49105427" w14:textId="77777777" w:rsidR="00FC7604" w:rsidRDefault="007624FA">
      <w:pPr>
        <w:rPr>
          <w:rFonts w:hint="eastAsia"/>
        </w:rPr>
      </w:pPr>
      <w:r>
        <w:lastRenderedPageBreak/>
        <w:t>ลงชื่อ .............................................. ผู้รับโอนสิทธิ</w:t>
      </w:r>
      <w:r>
        <w:br/>
      </w:r>
    </w:p>
    <w:p w14:paraId="127936AF" w14:textId="77777777" w:rsidR="00FC7604" w:rsidRDefault="007624FA">
      <w:pPr>
        <w:rPr>
          <w:rFonts w:hint="eastAsia"/>
        </w:rPr>
      </w:pPr>
      <w:r>
        <w:t>ลงชื่อ .............................................. พยาน</w:t>
      </w:r>
    </w:p>
    <w:p w14:paraId="4F339B3C" w14:textId="77777777" w:rsidR="00FC7604" w:rsidRDefault="007624FA">
      <w:pPr>
        <w:rPr>
          <w:rFonts w:hint="eastAsia"/>
        </w:rPr>
      </w:pPr>
      <w:r>
        <w:t>ลงชื่อ .............................................. พยาน</w:t>
      </w:r>
    </w:p>
    <w:sectPr w:rsidR="00FC760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01082395">
    <w:abstractNumId w:val="8"/>
  </w:num>
  <w:num w:numId="2" w16cid:durableId="1290280455">
    <w:abstractNumId w:val="6"/>
  </w:num>
  <w:num w:numId="3" w16cid:durableId="1917859464">
    <w:abstractNumId w:val="5"/>
  </w:num>
  <w:num w:numId="4" w16cid:durableId="1470980572">
    <w:abstractNumId w:val="4"/>
  </w:num>
  <w:num w:numId="5" w16cid:durableId="2102867430">
    <w:abstractNumId w:val="7"/>
  </w:num>
  <w:num w:numId="6" w16cid:durableId="962343867">
    <w:abstractNumId w:val="3"/>
  </w:num>
  <w:num w:numId="7" w16cid:durableId="1902790093">
    <w:abstractNumId w:val="2"/>
  </w:num>
  <w:num w:numId="8" w16cid:durableId="110977930">
    <w:abstractNumId w:val="1"/>
  </w:num>
  <w:num w:numId="9" w16cid:durableId="82085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1D60"/>
    <w:rsid w:val="00034616"/>
    <w:rsid w:val="0006063C"/>
    <w:rsid w:val="0015074B"/>
    <w:rsid w:val="0029639D"/>
    <w:rsid w:val="00326F90"/>
    <w:rsid w:val="007624FA"/>
    <w:rsid w:val="00AA1D8D"/>
    <w:rsid w:val="00B47730"/>
    <w:rsid w:val="00CB0664"/>
    <w:rsid w:val="00FC693F"/>
    <w:rsid w:val="00FC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30C704"/>
  <w14:defaultImageDpi w14:val="300"/>
  <w15:docId w15:val="{72E75FA1-540C-44E2-B223-93F5F11B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2025-07-25T23:43:00Z</dcterms:created>
  <dcterms:modified xsi:type="dcterms:W3CDTF">2025-07-25T23:43:00Z</dcterms:modified>
  <cp:category/>
</cp:coreProperties>
</file>