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3CA90" w14:textId="77777777" w:rsidR="0067770B" w:rsidRDefault="00395D5F">
      <w:pPr>
        <w:jc w:val="center"/>
        <w:rPr>
          <w:rFonts w:hint="eastAsia"/>
        </w:rPr>
      </w:pPr>
      <w:r>
        <w:rPr>
          <w:b/>
          <w:sz w:val="40"/>
        </w:rPr>
        <w:t>สัญญาโอนสิทธิการเช่า (การเซ้ง)</w:t>
      </w:r>
    </w:p>
    <w:p w14:paraId="155EBC13" w14:textId="77777777" w:rsidR="0067770B" w:rsidRDefault="00395D5F">
      <w:pPr>
        <w:rPr>
          <w:rFonts w:hint="eastAsia"/>
        </w:rPr>
      </w:pPr>
      <w:r>
        <w:t>ทำที่ ....................................................</w:t>
      </w:r>
    </w:p>
    <w:p w14:paraId="6E61DC7F" w14:textId="02D96FCE" w:rsidR="0067770B" w:rsidRDefault="00395D5F">
      <w:pPr>
        <w:rPr>
          <w:rFonts w:hint="eastAsia"/>
        </w:rPr>
      </w:pPr>
      <w:r>
        <w:t>วันที่ ............. เดือน ................................. พ.ศ. .....................</w:t>
      </w:r>
    </w:p>
    <w:p w14:paraId="3B54EBCC" w14:textId="01EF4B5B" w:rsidR="0067770B" w:rsidRDefault="00395D5F">
      <w:pPr>
        <w:rPr>
          <w:rFonts w:hint="eastAsia"/>
        </w:rPr>
      </w:pPr>
      <w:r>
        <w:tab/>
      </w:r>
      <w:proofErr w:type="spellStart"/>
      <w:r>
        <w:t>สัญญาฉบับนี้ทำขึ้นระหว่าง</w:t>
      </w:r>
      <w:proofErr w:type="spellEnd"/>
      <w:r>
        <w:t xml:space="preserve"> ................................................ อายุ ........ </w:t>
      </w:r>
      <w:proofErr w:type="spellStart"/>
      <w:r>
        <w:t>ปี</w:t>
      </w:r>
      <w:proofErr w:type="spellEnd"/>
      <w:r>
        <w:t xml:space="preserve"> </w:t>
      </w:r>
      <w:r>
        <w:br/>
      </w:r>
      <w:proofErr w:type="spellStart"/>
      <w:r>
        <w:t>อยู่บ้านเลขที่</w:t>
      </w:r>
      <w:proofErr w:type="spellEnd"/>
      <w:r>
        <w:t xml:space="preserve"> ..............................</w:t>
      </w:r>
      <w:r>
        <w:t xml:space="preserve"> </w:t>
      </w:r>
      <w:r>
        <w:t>ตรอก/ซอย ................................ ถนน ................................ ตำบล/แขวง ................................ อำเภอ/เขต ................................ จังหวัด ................................ ซึ่งต่อไปในสัญญานี้จะเรียกว่า “ผู้โอน” ฝ่ายหนึ่ง</w:t>
      </w:r>
      <w:r>
        <w:br/>
        <w:t>กับ ................................................ อายุ ........ ปี อยู่บ้านเลขที่ ........................................ ตรอก/ซอย ................................ ถนน ................................ ตำบล/แขวง ................................ อำเภอ/เข</w:t>
      </w:r>
      <w:r>
        <w:t>ต ................................ จังหวัด ................................ ซึ่งต่อไปในสัญญานี้จะเรียกว่า “ผู้รับโอน” อีกฝ่ายหนึ่ง</w:t>
      </w:r>
      <w:r>
        <w:br/>
      </w:r>
    </w:p>
    <w:p w14:paraId="43E6CE18" w14:textId="77777777" w:rsidR="0067770B" w:rsidRDefault="00395D5F">
      <w:pPr>
        <w:rPr>
          <w:rFonts w:hint="eastAsia"/>
        </w:rPr>
      </w:pPr>
      <w:r>
        <w:t>คู่สัญญาทั้งสองฝ่ายตกลงทำสัญญากันดังต่อไปนี้</w:t>
      </w:r>
    </w:p>
    <w:p w14:paraId="087D5885" w14:textId="77777777" w:rsidR="0067770B" w:rsidRDefault="00395D5F">
      <w:pPr>
        <w:rPr>
          <w:rFonts w:hint="eastAsia"/>
        </w:rPr>
      </w:pPr>
      <w:r>
        <w:t>ข้อ 1. สิทธิการเช่า</w:t>
      </w:r>
    </w:p>
    <w:p w14:paraId="4BB9AC13" w14:textId="77777777" w:rsidR="0067770B" w:rsidRDefault="00395D5F">
      <w:pPr>
        <w:rPr>
          <w:rFonts w:hint="eastAsia"/>
        </w:rPr>
      </w:pPr>
      <w:r>
        <w:t>ผู้โอนเป็นผู้มีสิทธิการเช่าทรัพย์สิน (บ้าน/ตึกแถว/อาคาร) เลขที่ ................................ ถนน ................................ ตำบล/แขวง ................................ อำเภอ/เขต ................................ จังหวัด ................................ ซึ่งได้เช่ามาจาก ........................................ ซึ่งต่อไปเรียกว่า “ผู้ให้เช่า” ตามหนังสือสัญญาเช่าลงวันที่ ................................</w:t>
      </w:r>
    </w:p>
    <w:p w14:paraId="2D0B32DD" w14:textId="77777777" w:rsidR="0067770B" w:rsidRDefault="00395D5F">
      <w:pPr>
        <w:rPr>
          <w:rFonts w:hint="eastAsia"/>
        </w:rPr>
      </w:pPr>
      <w:r>
        <w:t>ข้อ 2. การตกลงโอนและค่าตอบแทน</w:t>
      </w:r>
    </w:p>
    <w:p w14:paraId="21AB1996" w14:textId="77777777" w:rsidR="0067770B" w:rsidRDefault="00395D5F">
      <w:pPr>
        <w:rPr>
          <w:rFonts w:hint="eastAsia"/>
        </w:rPr>
      </w:pPr>
      <w:r>
        <w:t>ผู้โอนตกลงโอน และผู้รับโอนตกลงรับโอนสิทธิการเช่าดังกล่าว โดยผู้รับโอนตกลงจะจ่ายค่าตอบแทนให้แก่ผู้โอนเป็นเงินจำนวน .................... บาท (..................................................)</w:t>
      </w:r>
      <w:r>
        <w:br/>
      </w:r>
      <w:r>
        <w:lastRenderedPageBreak/>
        <w:t>โดยจ่ายเป็น:</w:t>
      </w:r>
      <w:r>
        <w:br/>
        <w:t>( ) เงินสด ณ วันทำสัญญานี้</w:t>
      </w:r>
      <w:r>
        <w:br/>
        <w:t>( ) แคชเชียร์เช็ค ธนาคาร ................................ สาขา ................................ เลขที่ ................................ ลงวันที่ ................................ สั่งจ่ายในนาม ................................</w:t>
      </w:r>
    </w:p>
    <w:p w14:paraId="3C01460A" w14:textId="77777777" w:rsidR="0067770B" w:rsidRDefault="00395D5F">
      <w:pPr>
        <w:rPr>
          <w:rFonts w:hint="eastAsia"/>
        </w:rPr>
      </w:pPr>
      <w:r>
        <w:t>ข้อ 3. เงินมัดจำ</w:t>
      </w:r>
    </w:p>
    <w:p w14:paraId="17E8D077" w14:textId="77777777" w:rsidR="0067770B" w:rsidRDefault="00395D5F">
      <w:pPr>
        <w:rPr>
          <w:rFonts w:hint="eastAsia"/>
        </w:rPr>
      </w:pPr>
      <w:r>
        <w:t>ในวันทำสัญญานี้ ผู้รับโอนชำระเงินจำนวน .................... บาท (........................................) เพื่อเป็นเงินมัดจำและถือเป็นส่วนหนึ่งของค่าตอบแทน และผู้โอนยอมรับไว้แล้ว</w:t>
      </w:r>
      <w:r>
        <w:br/>
      </w:r>
      <w:r>
        <w:t>เงินส่วนที่เหลืออีก .................... บาท (........................................) ผู้รับโอนจะชำระในวันที่เข้าทำสัญญาเช่าโดยตรงกับผู้ให้เช่า</w:t>
      </w:r>
    </w:p>
    <w:p w14:paraId="59922F1C" w14:textId="77777777" w:rsidR="0067770B" w:rsidRDefault="00395D5F">
      <w:pPr>
        <w:rPr>
          <w:rFonts w:hint="eastAsia"/>
        </w:rPr>
      </w:pPr>
      <w:r>
        <w:t>ข้อ 4. การดำเนินการจดทะเบียน</w:t>
      </w:r>
    </w:p>
    <w:p w14:paraId="582622C2" w14:textId="77777777" w:rsidR="0067770B" w:rsidRDefault="00395D5F">
      <w:pPr>
        <w:rPr>
          <w:rFonts w:hint="eastAsia"/>
        </w:rPr>
      </w:pPr>
      <w:r>
        <w:t>ผู้โอนตกลงจะนำผู้รับโอนไปทำการจดทะเบียนการเช่ากับผู้ให้เช่าภายใน .......... วัน นับจากวันที่ทำสัญญานี้ โดยผู้โอนจะเป็นผู้รับผิดชอบค่าธรรมเนียมทั้งหมดที่เกี่ยวข้อง</w:t>
      </w:r>
    </w:p>
    <w:p w14:paraId="4A10414C" w14:textId="77777777" w:rsidR="0067770B" w:rsidRDefault="00395D5F">
      <w:pPr>
        <w:rPr>
          <w:rFonts w:hint="eastAsia"/>
        </w:rPr>
      </w:pPr>
      <w:r>
        <w:t>ข้อ 5. การขนย้าย</w:t>
      </w:r>
    </w:p>
    <w:p w14:paraId="6CA5CBC3" w14:textId="77777777" w:rsidR="0067770B" w:rsidRDefault="00395D5F">
      <w:pPr>
        <w:rPr>
          <w:rFonts w:hint="eastAsia"/>
        </w:rPr>
      </w:pPr>
      <w:r>
        <w:t>ผู้โอนตกลงจะขนย้ายทรัพย์สินและบริวารทั้งหมดออกจากทรัพย์สินภายใน .......... วัน นับแต่วันที่จดทะเบียนการเช่า ณ ที่ว่าการอำเภอ/สำนักงานเขต ................................ แล้วเสร็จ</w:t>
      </w:r>
    </w:p>
    <w:p w14:paraId="2F86D8CC" w14:textId="77777777" w:rsidR="0067770B" w:rsidRDefault="00395D5F">
      <w:pPr>
        <w:rPr>
          <w:rFonts w:hint="eastAsia"/>
        </w:rPr>
      </w:pPr>
      <w:r>
        <w:t>ข้อ 6. การผิดสัญญา</w:t>
      </w:r>
    </w:p>
    <w:p w14:paraId="6337E5BF" w14:textId="77777777" w:rsidR="0067770B" w:rsidRDefault="00395D5F">
      <w:pPr>
        <w:rPr>
          <w:rFonts w:hint="eastAsia"/>
        </w:rPr>
      </w:pPr>
      <w:r>
        <w:t>หากฝ่ายใดฝ่ายหนึ่งผิดสัญญาข้อหนึ่งข้อใด อีกฝ่ายมีสิทธิเรียกร้องให้ปฏิบัติตามสัญญาและ/หรือเรียกค่าเสียหาย หรือบอกเลิกสัญญาได้ตามกฎหมาย</w:t>
      </w:r>
    </w:p>
    <w:p w14:paraId="7275AFD8" w14:textId="77777777" w:rsidR="0067770B" w:rsidRDefault="00395D5F">
      <w:pPr>
        <w:rPr>
          <w:rFonts w:hint="eastAsia"/>
        </w:rPr>
      </w:pPr>
      <w:r>
        <w:t>คู่สัญญาทั้งสองฝ่ายรับรองว่าไม่มีข้อพิพาทใด ๆ เกี่ยวกับสิทธิการเช่าในปัจจุบัน และยินยอมปฏิบัติตามข้อตกลงนี้โดยสุจริต</w:t>
      </w:r>
    </w:p>
    <w:p w14:paraId="27E7DB0B" w14:textId="77777777" w:rsidR="0067770B" w:rsidRDefault="00395D5F">
      <w:pPr>
        <w:rPr>
          <w:rFonts w:hint="eastAsia"/>
        </w:rPr>
      </w:pPr>
      <w:r>
        <w:lastRenderedPageBreak/>
        <w:t>สัญญานี้ทำขึ้นเป็นจำนวน 2 ฉบับ มีข้อความถูกต้องตรงกัน คู่สัญญาแต่ละฝ่ายได้อ่านและเข้าใจดีแล้ว จึงได้ลงลายมือชื่อไว้เป็นสำคัญต่อหน้าพยาน</w:t>
      </w:r>
    </w:p>
    <w:p w14:paraId="04CB0C4B" w14:textId="77777777" w:rsidR="0067770B" w:rsidRDefault="00395D5F">
      <w:pPr>
        <w:rPr>
          <w:rFonts w:hint="eastAsia"/>
        </w:rPr>
      </w:pPr>
      <w:r>
        <w:br/>
      </w:r>
      <w:r>
        <w:t>ลงชื่อ ................................................ ผู้โอน</w:t>
      </w:r>
    </w:p>
    <w:p w14:paraId="7CA33DCF" w14:textId="77777777" w:rsidR="0067770B" w:rsidRDefault="00395D5F">
      <w:pPr>
        <w:rPr>
          <w:rFonts w:hint="eastAsia"/>
        </w:rPr>
      </w:pPr>
      <w:r>
        <w:t xml:space="preserve">        (................................................)</w:t>
      </w:r>
    </w:p>
    <w:p w14:paraId="1D87209E" w14:textId="77777777" w:rsidR="0067770B" w:rsidRDefault="00395D5F">
      <w:pPr>
        <w:rPr>
          <w:rFonts w:hint="eastAsia"/>
        </w:rPr>
      </w:pPr>
      <w:r>
        <w:t>ลงชื่อ ................................................ ผู้รับโอน</w:t>
      </w:r>
    </w:p>
    <w:p w14:paraId="63FB0EF5" w14:textId="77777777" w:rsidR="0067770B" w:rsidRDefault="00395D5F">
      <w:pPr>
        <w:rPr>
          <w:rFonts w:hint="eastAsia"/>
        </w:rPr>
      </w:pPr>
      <w:r>
        <w:t xml:space="preserve">        (................................................)</w:t>
      </w:r>
    </w:p>
    <w:p w14:paraId="3179CABC" w14:textId="77777777" w:rsidR="0067770B" w:rsidRDefault="00395D5F">
      <w:pPr>
        <w:rPr>
          <w:rFonts w:hint="eastAsia"/>
        </w:rPr>
      </w:pPr>
      <w:r>
        <w:t>ลงชื่อ ................................................ พยาน</w:t>
      </w:r>
    </w:p>
    <w:p w14:paraId="28636032" w14:textId="77777777" w:rsidR="0067770B" w:rsidRDefault="00395D5F">
      <w:pPr>
        <w:rPr>
          <w:rFonts w:hint="eastAsia"/>
        </w:rPr>
      </w:pPr>
      <w:r>
        <w:t xml:space="preserve">        (................................................)</w:t>
      </w:r>
    </w:p>
    <w:p w14:paraId="076E2619" w14:textId="77777777" w:rsidR="0067770B" w:rsidRDefault="00395D5F">
      <w:pPr>
        <w:rPr>
          <w:rFonts w:hint="eastAsia"/>
        </w:rPr>
      </w:pPr>
      <w:r>
        <w:t>ลงชื่อ ................................................ พยาน</w:t>
      </w:r>
    </w:p>
    <w:p w14:paraId="27B84EF2" w14:textId="77777777" w:rsidR="0067770B" w:rsidRDefault="00395D5F">
      <w:pPr>
        <w:rPr>
          <w:rFonts w:hint="eastAsia"/>
        </w:rPr>
      </w:pPr>
      <w:r>
        <w:t xml:space="preserve">        (................................................)</w:t>
      </w:r>
    </w:p>
    <w:p w14:paraId="64B966CA" w14:textId="77777777" w:rsidR="0067770B" w:rsidRDefault="00395D5F">
      <w:pPr>
        <w:rPr>
          <w:rFonts w:hint="eastAsia"/>
        </w:rPr>
      </w:pPr>
      <w:r>
        <w:br/>
      </w:r>
      <w:r>
        <w:t>ข้าพเจ้าผู้ให้เช่าทราบข้อความตามสัญญานี้แล้ว และยินยอมให้มีการโอนสิทธิการเช่าตามที่ระบุในสัญญา</w:t>
      </w:r>
    </w:p>
    <w:p w14:paraId="37A93B29" w14:textId="77777777" w:rsidR="0067770B" w:rsidRDefault="00395D5F">
      <w:pPr>
        <w:rPr>
          <w:rFonts w:hint="eastAsia"/>
        </w:rPr>
      </w:pPr>
      <w:r>
        <w:t>ลงชื่อ ................................................ ผู้ให้เช่า</w:t>
      </w:r>
    </w:p>
    <w:p w14:paraId="724F5D52" w14:textId="77777777" w:rsidR="0067770B" w:rsidRDefault="00395D5F">
      <w:pPr>
        <w:rPr>
          <w:rFonts w:hint="eastAsia"/>
        </w:rPr>
      </w:pPr>
      <w:r>
        <w:t xml:space="preserve">        (................................................)</w:t>
      </w:r>
    </w:p>
    <w:p w14:paraId="69BC134A" w14:textId="77777777" w:rsidR="0067770B" w:rsidRDefault="00395D5F">
      <w:pPr>
        <w:rPr>
          <w:rFonts w:hint="eastAsia"/>
        </w:rPr>
      </w:pPr>
      <w:r>
        <w:t>ลงชื่อ ................................................ พยาน</w:t>
      </w:r>
    </w:p>
    <w:p w14:paraId="6F3CEB80" w14:textId="77777777" w:rsidR="0067770B" w:rsidRDefault="00395D5F">
      <w:pPr>
        <w:rPr>
          <w:rFonts w:hint="eastAsia"/>
        </w:rPr>
      </w:pPr>
      <w:r>
        <w:t xml:space="preserve">        (................................................)</w:t>
      </w:r>
    </w:p>
    <w:p w14:paraId="0F2383BD" w14:textId="77777777" w:rsidR="0067770B" w:rsidRDefault="00395D5F">
      <w:pPr>
        <w:rPr>
          <w:rFonts w:hint="eastAsia"/>
        </w:rPr>
      </w:pPr>
      <w:r>
        <w:t>ลงชื่อ ................................................ พยาน</w:t>
      </w:r>
    </w:p>
    <w:p w14:paraId="6081B569" w14:textId="77777777" w:rsidR="0067770B" w:rsidRDefault="00395D5F">
      <w:pPr>
        <w:rPr>
          <w:rFonts w:hint="eastAsia"/>
        </w:rPr>
      </w:pPr>
      <w:r>
        <w:lastRenderedPageBreak/>
        <w:t xml:space="preserve">        (................................................)</w:t>
      </w:r>
    </w:p>
    <w:sectPr w:rsidR="0067770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Cordia New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94882714">
    <w:abstractNumId w:val="8"/>
  </w:num>
  <w:num w:numId="2" w16cid:durableId="435097686">
    <w:abstractNumId w:val="6"/>
  </w:num>
  <w:num w:numId="3" w16cid:durableId="329455322">
    <w:abstractNumId w:val="5"/>
  </w:num>
  <w:num w:numId="4" w16cid:durableId="1004089946">
    <w:abstractNumId w:val="4"/>
  </w:num>
  <w:num w:numId="5" w16cid:durableId="1763331914">
    <w:abstractNumId w:val="7"/>
  </w:num>
  <w:num w:numId="6" w16cid:durableId="1809473626">
    <w:abstractNumId w:val="3"/>
  </w:num>
  <w:num w:numId="7" w16cid:durableId="2086952672">
    <w:abstractNumId w:val="2"/>
  </w:num>
  <w:num w:numId="8" w16cid:durableId="2102599366">
    <w:abstractNumId w:val="1"/>
  </w:num>
  <w:num w:numId="9" w16cid:durableId="1249853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95D5F"/>
    <w:rsid w:val="0067770B"/>
    <w:rsid w:val="00AA1D8D"/>
    <w:rsid w:val="00B0550F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1D220B2"/>
  <w14:defaultImageDpi w14:val="300"/>
  <w15:docId w15:val="{8ED73326-8E09-45E9-B070-2A162BE00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H Sarabun New" w:hAnsi="TH Sarabun New"/>
      <w:sz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4004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ทนาย ภูวงษ์ โพธิ์ไทร</cp:lastModifiedBy>
  <cp:revision>2</cp:revision>
  <dcterms:created xsi:type="dcterms:W3CDTF">2025-07-25T23:46:00Z</dcterms:created>
  <dcterms:modified xsi:type="dcterms:W3CDTF">2025-07-25T23:46:00Z</dcterms:modified>
  <cp:category/>
</cp:coreProperties>
</file>