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0FE55" w14:textId="77777777" w:rsidR="00EC5CCE" w:rsidRDefault="0009361B">
      <w:pPr>
        <w:jc w:val="center"/>
        <w:rPr>
          <w:rFonts w:hint="eastAsia"/>
        </w:rPr>
      </w:pPr>
      <w:r>
        <w:rPr>
          <w:b/>
          <w:sz w:val="40"/>
        </w:rPr>
        <w:t>สัญญาโอนสิทธิการเช่า</w:t>
      </w:r>
    </w:p>
    <w:p w14:paraId="6409D9CB" w14:textId="77777777" w:rsidR="00EC5CCE" w:rsidRDefault="0009361B">
      <w:pPr>
        <w:rPr>
          <w:rFonts w:hint="eastAsia"/>
        </w:rPr>
      </w:pPr>
      <w:r>
        <w:t>สัญญาโอนสิทธิการเช่าฉบับนี้ทำที่เลขที่ ........................................................ ถนน .................................................... ตำบล/แขวง .................................................... อำเภอ/เขต .................................................... จังหวัด .................................................... เมื่อวันที่ ............... เดือน .................................................... พ.ศ. ................</w:t>
      </w:r>
    </w:p>
    <w:p w14:paraId="68F5358F" w14:textId="77777777" w:rsidR="00EC5CCE" w:rsidRDefault="0009361B">
      <w:pPr>
        <w:rPr>
          <w:rFonts w:hint="eastAsia"/>
        </w:rPr>
      </w:pPr>
      <w:r>
        <w:t>ระหว่าง .................................................... ซึ่งต่อไปในสัญญานี้เรียกว่า “ผู้ให้เช่า” ฝ่ายหนึ่ง</w:t>
      </w:r>
      <w:r>
        <w:br/>
      </w:r>
      <w:r>
        <w:t>กับ .................................................... ซึ่งต่อไปในสัญญานี้เรียกว่า “ผู้เช่า ผู้โอนสิทธิ” ฝ่ายหนึ่ง</w:t>
      </w:r>
      <w:r>
        <w:br/>
        <w:t>กับ .................................................... ซึ่งต่อไปในสัญญานี้เรียกว่า “ผู้เช่า ผู้รับโอนสิทธิ” อีกฝ่ายหนึ่ง</w:t>
      </w:r>
    </w:p>
    <w:p w14:paraId="22148F9C" w14:textId="77777777" w:rsidR="00EC5CCE" w:rsidRDefault="0009361B">
      <w:pPr>
        <w:rPr>
          <w:rFonts w:hint="eastAsia"/>
        </w:rPr>
      </w:pPr>
      <w:r>
        <w:t>โดยที่ผู้ให้เช่าเป็นเจ้าของกรรมสิทธิ์ตึกแถว เลขที่ .................................... ถนน .................................................... ตำบล/แขวง .................................................... อำเภอ/เขต .................................................... จังหวัด ....................................................</w:t>
      </w:r>
    </w:p>
    <w:p w14:paraId="09D6134A" w14:textId="77777777" w:rsidR="00EC5CCE" w:rsidRDefault="0009361B">
      <w:pPr>
        <w:rPr>
          <w:rFonts w:hint="eastAsia"/>
        </w:rPr>
      </w:pPr>
      <w:r>
        <w:t>และโดยที่ผู้เช่าผู้โอนสิทธิ ได้จดทะเบียนการเช่าตึกแถวดังกล่าวจากผู้ให้เช่า เป็นระยะเวลา ............... ปี นับแต่วันที่ ............... เดือน ..................................... พ.ศ. ................... ตามหลักฐานการจดทะเบียนสัญญาเช่าตึกแถว ฉบับเลขที่ .................... ณ เขต .................................................... กรุงเทพมหานคร เมื่อวันที่ ............... เดือน ..................................... พ.ศ. ...................</w:t>
      </w:r>
    </w:p>
    <w:p w14:paraId="74AEB986" w14:textId="77777777" w:rsidR="00EC5CCE" w:rsidRDefault="0009361B">
      <w:pPr>
        <w:rPr>
          <w:rFonts w:hint="eastAsia"/>
        </w:rPr>
      </w:pPr>
      <w:r>
        <w:t>โดยที่ผู้เช่าผู้โอนสิทธิประสงค์จะโอนสิทธิการเช่าตามสัญญาเช่า และผู้เช่าผู้รับโอนสิทธิประสงค์จะรับโอนสิทธิดังกล่าว และผู้ให้เช่าตกลงให้มีการโอนสิทธิตามที่ระบุ คู่สัญญาทั้งสามฝ่ายจึงตกลงกันดังนี้</w:t>
      </w:r>
    </w:p>
    <w:p w14:paraId="6E1039FF" w14:textId="77777777" w:rsidR="00EC5CCE" w:rsidRDefault="0009361B">
      <w:pPr>
        <w:rPr>
          <w:rFonts w:hint="eastAsia"/>
        </w:rPr>
      </w:pPr>
      <w:r>
        <w:t>ข้อ 1. การโอนสิทธิและค่าตอบแทน</w:t>
      </w:r>
    </w:p>
    <w:p w14:paraId="7F8DD043" w14:textId="77777777" w:rsidR="00EC5CCE" w:rsidRDefault="0009361B">
      <w:pPr>
        <w:rPr>
          <w:rFonts w:hint="eastAsia"/>
        </w:rPr>
      </w:pPr>
      <w:r>
        <w:t xml:space="preserve">ผู้เช่าผู้โอนสิทธิตกลงโอนสิทธิการเช่าตามสัญญาเช่าให้ผู้เช่าผู้รับโอนสิทธิ โดยผู้ให้เช่าตกลงให้มีการโอนสิทธิดังกล่าวนี้ ผู้เช่าผู้รับโอนสิทธิตกลงชำระค่าตอบแทนรวมทั้งสิ้น </w:t>
      </w:r>
      <w:r>
        <w:lastRenderedPageBreak/>
        <w:t xml:space="preserve">....................... </w:t>
      </w:r>
      <w:r>
        <w:t>บาท (...............................................)</w:t>
      </w:r>
      <w:r>
        <w:br/>
        <w:t>- วันทำสัญญานี้ ชำระ ....................... บาท</w:t>
      </w:r>
      <w:r>
        <w:br/>
        <w:t>- วันที่ส่งมอบตึกแถว (โดยปราศจากภาระผูกพัน) ชำระ ....................... บาท</w:t>
      </w:r>
      <w:r>
        <w:br/>
        <w:t>- ส่วนที่เหลือ ....................... บาท ชำระเป็นรายเดือน เดือนละ ....................... บาท เริ่มภายใน 30 วันนับจากวันที่ได้รับมอบตึก</w:t>
      </w:r>
    </w:p>
    <w:p w14:paraId="7E7B9871" w14:textId="77777777" w:rsidR="00EC5CCE" w:rsidRDefault="0009361B">
      <w:pPr>
        <w:rPr>
          <w:rFonts w:hint="eastAsia"/>
        </w:rPr>
      </w:pPr>
      <w:r>
        <w:t>ข้อ 2. การส่งมอบและค่าปรับ</w:t>
      </w:r>
    </w:p>
    <w:p w14:paraId="66941BDD" w14:textId="77777777" w:rsidR="00EC5CCE" w:rsidRDefault="0009361B">
      <w:pPr>
        <w:rPr>
          <w:rFonts w:hint="eastAsia"/>
        </w:rPr>
      </w:pPr>
      <w:r>
        <w:t>ผู้เช่าผู้โอนสิทธิสัญญาว่าจะขนย้ายทรัพย์สินและบริวารออกจากตึกแถวภายใน 45 วันนับแต่วันทำสัญญานี้ และจะส่งมอบตึกแถวให้เรียบร้อย หากไม่สามารถดำเนินการได้ภายในกำหนดนี้ ยินยอมให้ผู้เช่าผู้รับโอนสิทธิเรียกค่าปรับวันละ ....................... บาท โดยสามารถหักจากยอดเงินค่าตอบแทนที่ยังคงค้างอยู่ได้</w:t>
      </w:r>
    </w:p>
    <w:p w14:paraId="5AFDCE04" w14:textId="77777777" w:rsidR="00EC5CCE" w:rsidRDefault="0009361B">
      <w:pPr>
        <w:rPr>
          <w:rFonts w:hint="eastAsia"/>
        </w:rPr>
      </w:pPr>
      <w:r>
        <w:t>หากผู้เช่าผู้โอนสิทธิยังไม่สามารถดำเนินการภายใน 15 วันนับจากครบกำหนดดังกล่าว ผู้เช่าผู้รับโอนสิทธิมีสิทธิบอกเลิกสัญญาได้ทันที และผู้เช่าผู้โอนสิทธิต้องคืนค่าตอบแทนทั้งหมดที่ชำระไว้ พร้อมดอกเบี้ยร้อยละ 15 ต่อปี และชดใช้ค่าเสียหายตามจริง</w:t>
      </w:r>
    </w:p>
    <w:p w14:paraId="55D55C66" w14:textId="77777777" w:rsidR="00EC5CCE" w:rsidRDefault="0009361B">
      <w:pPr>
        <w:rPr>
          <w:rFonts w:hint="eastAsia"/>
        </w:rPr>
      </w:pPr>
      <w:r>
        <w:t>ข้อ 3. การจดทะเบียน</w:t>
      </w:r>
    </w:p>
    <w:p w14:paraId="754692F0" w14:textId="77777777" w:rsidR="00EC5CCE" w:rsidRDefault="0009361B">
      <w:pPr>
        <w:rPr>
          <w:rFonts w:hint="eastAsia"/>
        </w:rPr>
      </w:pPr>
      <w:r>
        <w:t>ผู้เช่าผู้โอนสิทธิสัญญาว่าจะดำเนินการจดทะเบียนการโอนสิทธินี้ให้แล้วเสร็จภายใน 3 วันนับจากวันที่ส่งมอบตึกแถว และจะเป็นผู้รับผิดชอบค่าธรรมเนียมทั้งหมด</w:t>
      </w:r>
    </w:p>
    <w:p w14:paraId="2F7FF1E2" w14:textId="77777777" w:rsidR="00EC5CCE" w:rsidRDefault="0009361B">
      <w:pPr>
        <w:rPr>
          <w:rFonts w:hint="eastAsia"/>
        </w:rPr>
      </w:pPr>
      <w:r>
        <w:t>ข้อ 4. ความร่วมมือของผู้ให้เช่า</w:t>
      </w:r>
    </w:p>
    <w:p w14:paraId="5A6F25C5" w14:textId="77777777" w:rsidR="00EC5CCE" w:rsidRDefault="0009361B">
      <w:pPr>
        <w:rPr>
          <w:rFonts w:hint="eastAsia"/>
        </w:rPr>
      </w:pPr>
      <w:r>
        <w:t>ผู้ให้เช่ายินยอมอำนวยความสะดวกในการดำเนินการจดทะเบียนการโอนสิทธิการเช่านี้ โดยถือว่าสัญญาเช่าฉบับเดิมเป็นส่วนหนึ่งของสัญญานี้</w:t>
      </w:r>
    </w:p>
    <w:p w14:paraId="7508D905" w14:textId="77777777" w:rsidR="00EC5CCE" w:rsidRDefault="0009361B">
      <w:pPr>
        <w:rPr>
          <w:rFonts w:hint="eastAsia"/>
        </w:rPr>
      </w:pPr>
      <w:r>
        <w:t>คู่สัญญาทั้งสามฝ่ายได้อ่านและเข้าใจข้อความโดยตลอดแล้ว จึงลงลายมือชื่อไว้เป็นสำคัญต่อหน้าพยาน</w:t>
      </w:r>
    </w:p>
    <w:p w14:paraId="6F7A8894" w14:textId="77777777" w:rsidR="00EC5CCE" w:rsidRDefault="0009361B">
      <w:pPr>
        <w:rPr>
          <w:rFonts w:hint="eastAsia"/>
        </w:rPr>
      </w:pPr>
      <w:r>
        <w:lastRenderedPageBreak/>
        <w:br/>
      </w:r>
      <w:r>
        <w:t>ลงชื่อ ................................................ ผู้ให้เช่า</w:t>
      </w:r>
    </w:p>
    <w:p w14:paraId="4AD68808" w14:textId="77777777" w:rsidR="00EC5CCE" w:rsidRDefault="0009361B">
      <w:pPr>
        <w:rPr>
          <w:rFonts w:hint="eastAsia"/>
        </w:rPr>
      </w:pPr>
      <w:r>
        <w:t xml:space="preserve">        (................................................)</w:t>
      </w:r>
    </w:p>
    <w:p w14:paraId="232D74E6" w14:textId="77777777" w:rsidR="00EC5CCE" w:rsidRDefault="0009361B">
      <w:pPr>
        <w:rPr>
          <w:rFonts w:hint="eastAsia"/>
        </w:rPr>
      </w:pPr>
      <w:r>
        <w:t>ลงชื่อ ................................................ ผู้เช่าผู้โอนสิทธิ</w:t>
      </w:r>
    </w:p>
    <w:p w14:paraId="21EA54CD" w14:textId="77777777" w:rsidR="00EC5CCE" w:rsidRDefault="0009361B">
      <w:pPr>
        <w:rPr>
          <w:rFonts w:hint="eastAsia"/>
        </w:rPr>
      </w:pPr>
      <w:r>
        <w:t xml:space="preserve">        (................................................)</w:t>
      </w:r>
    </w:p>
    <w:p w14:paraId="35C40D9F" w14:textId="77777777" w:rsidR="00EC5CCE" w:rsidRDefault="0009361B">
      <w:pPr>
        <w:rPr>
          <w:rFonts w:hint="eastAsia"/>
        </w:rPr>
      </w:pPr>
      <w:r>
        <w:t>ลงชื่อ ................................................ ผู้เช่าผู้รับโอนสิทธิ</w:t>
      </w:r>
    </w:p>
    <w:p w14:paraId="3D4B5BBD" w14:textId="77777777" w:rsidR="00EC5CCE" w:rsidRDefault="0009361B">
      <w:pPr>
        <w:rPr>
          <w:rFonts w:hint="eastAsia"/>
        </w:rPr>
      </w:pPr>
      <w:r>
        <w:t xml:space="preserve">        (................................................)</w:t>
      </w:r>
    </w:p>
    <w:p w14:paraId="0F0B265F" w14:textId="77777777" w:rsidR="00EC5CCE" w:rsidRDefault="0009361B">
      <w:pPr>
        <w:rPr>
          <w:rFonts w:hint="eastAsia"/>
        </w:rPr>
      </w:pPr>
      <w:r>
        <w:t>ลงชื่อ ................................................ พยาน</w:t>
      </w:r>
    </w:p>
    <w:p w14:paraId="39CBD3A4" w14:textId="77777777" w:rsidR="00EC5CCE" w:rsidRDefault="0009361B">
      <w:pPr>
        <w:rPr>
          <w:rFonts w:hint="eastAsia"/>
        </w:rPr>
      </w:pPr>
      <w:r>
        <w:t xml:space="preserve">        (................................................)</w:t>
      </w:r>
    </w:p>
    <w:p w14:paraId="5B831F35" w14:textId="77777777" w:rsidR="00EC5CCE" w:rsidRDefault="0009361B">
      <w:pPr>
        <w:rPr>
          <w:rFonts w:hint="eastAsia"/>
        </w:rPr>
      </w:pPr>
      <w:r>
        <w:t>ลงชื่อ ................................................ พยาน</w:t>
      </w:r>
    </w:p>
    <w:p w14:paraId="50510BEB" w14:textId="77777777" w:rsidR="00EC5CCE" w:rsidRDefault="0009361B">
      <w:pPr>
        <w:rPr>
          <w:rFonts w:hint="eastAsia"/>
        </w:rPr>
      </w:pPr>
      <w:r>
        <w:t xml:space="preserve">        (................................................)</w:t>
      </w:r>
    </w:p>
    <w:sectPr w:rsidR="00EC5CC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Cordia New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95898310">
    <w:abstractNumId w:val="8"/>
  </w:num>
  <w:num w:numId="2" w16cid:durableId="837115176">
    <w:abstractNumId w:val="6"/>
  </w:num>
  <w:num w:numId="3" w16cid:durableId="1256019347">
    <w:abstractNumId w:val="5"/>
  </w:num>
  <w:num w:numId="4" w16cid:durableId="834687225">
    <w:abstractNumId w:val="4"/>
  </w:num>
  <w:num w:numId="5" w16cid:durableId="826283548">
    <w:abstractNumId w:val="7"/>
  </w:num>
  <w:num w:numId="6" w16cid:durableId="1375613948">
    <w:abstractNumId w:val="3"/>
  </w:num>
  <w:num w:numId="7" w16cid:durableId="1542283494">
    <w:abstractNumId w:val="2"/>
  </w:num>
  <w:num w:numId="8" w16cid:durableId="1761178850">
    <w:abstractNumId w:val="1"/>
  </w:num>
  <w:num w:numId="9" w16cid:durableId="1977374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9361B"/>
    <w:rsid w:val="0015074B"/>
    <w:rsid w:val="0029639D"/>
    <w:rsid w:val="00326F90"/>
    <w:rsid w:val="00943387"/>
    <w:rsid w:val="00AA1D8D"/>
    <w:rsid w:val="00B47730"/>
    <w:rsid w:val="00CB0664"/>
    <w:rsid w:val="00EC5CC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DF41298"/>
  <w14:defaultImageDpi w14:val="300"/>
  <w15:docId w15:val="{BD269359-DDB6-48A8-81C4-7C87C3A6D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H Sarabun New" w:hAnsi="TH Sarabun New"/>
      <w:sz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3940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ทนาย ภูวงษ์ โพธิ์ไทร</cp:lastModifiedBy>
  <cp:revision>2</cp:revision>
  <dcterms:created xsi:type="dcterms:W3CDTF">2025-07-25T23:48:00Z</dcterms:created>
  <dcterms:modified xsi:type="dcterms:W3CDTF">2025-07-25T23:48:00Z</dcterms:modified>
  <cp:category/>
</cp:coreProperties>
</file>