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CF88D" w14:textId="77777777" w:rsidR="00163428" w:rsidRDefault="00072C45">
      <w:pPr>
        <w:jc w:val="center"/>
        <w:rPr>
          <w:rFonts w:hint="eastAsia"/>
        </w:rPr>
      </w:pPr>
      <w:r>
        <w:rPr>
          <w:b/>
          <w:sz w:val="40"/>
        </w:rPr>
        <w:t>สัญญาโอนสิทธิการเช่า</w:t>
      </w:r>
    </w:p>
    <w:p w14:paraId="0E2819BC" w14:textId="77777777" w:rsidR="00163428" w:rsidRDefault="00072C45">
      <w:pPr>
        <w:rPr>
          <w:rFonts w:hint="eastAsia"/>
        </w:rPr>
      </w:pPr>
      <w:r>
        <w:t>สัญญาฉบับนี้ทำขึ้นเมื่อวันที่ .......................................................</w:t>
      </w:r>
    </w:p>
    <w:p w14:paraId="336FF2FA" w14:textId="79CAA576" w:rsidR="00163428" w:rsidRDefault="00072C45">
      <w:pPr>
        <w:rPr>
          <w:rFonts w:hint="eastAsia"/>
        </w:rPr>
      </w:pPr>
      <w:r>
        <w:t>ณ เลขที่ ......................................................................................................................</w:t>
      </w:r>
    </w:p>
    <w:p w14:paraId="68C924B4" w14:textId="77777777" w:rsidR="00163428" w:rsidRDefault="00072C45">
      <w:pPr>
        <w:rPr>
          <w:rFonts w:hint="eastAsia"/>
        </w:rPr>
      </w:pPr>
      <w:r>
        <w:t>ระหว่าง .................................................... โดย .................................................... อยู่เลขที่ ................................................................................................................................................................................... ซึ่งต่อไปในสัญญานี้เรียกว่า “ผู้โอน” ฝ่ายหนึ่ง</w:t>
      </w:r>
      <w:r>
        <w:br/>
      </w:r>
      <w:r>
        <w:t>กับข้าพเจ้า .................................................... โดย .................................................... อยู่เลขที่ ............................................................................................................................. ซึ่งต่อไปในสัญญานี้เรียกว่า “ผู้รับโอน” อีกฝ่ายหนึ่ง ทั้งสองฝ่ายตกลงกันมีข้อความดังต่อไปนี้</w:t>
      </w:r>
    </w:p>
    <w:p w14:paraId="0791FCF6" w14:textId="77777777" w:rsidR="00163428" w:rsidRDefault="00072C45">
      <w:pPr>
        <w:rPr>
          <w:rFonts w:hint="eastAsia"/>
        </w:rPr>
      </w:pPr>
      <w:r>
        <w:t>ข้อ 1. การโอนสิทธิการเช่า</w:t>
      </w:r>
    </w:p>
    <w:p w14:paraId="06A22E9B" w14:textId="77777777" w:rsidR="00163428" w:rsidRDefault="00072C45">
      <w:pPr>
        <w:rPr>
          <w:rFonts w:hint="eastAsia"/>
        </w:rPr>
      </w:pPr>
      <w:r>
        <w:t>ผู้โอนตกลงโอน และผู้รับโอนตกลงรับโอนสิทธิและหน้าที่ตามสัญญาเช่าระหว่างผู้โอนกับ .................................................... (ผู้ให้เช่า) จำนวน ........ ฉบับ เกี่ยวกับการเช่าพื้นที่ในอาคาร เลขที่ ............................................................................................................................. มีกำหนดอายุสัญญาเช่า ........ ปี เริ่มตั้งแต่วันที่ .................................................... และสิ้นสุดในวันที่ ....................................................</w:t>
      </w:r>
    </w:p>
    <w:p w14:paraId="16E29D7E" w14:textId="77777777" w:rsidR="00163428" w:rsidRDefault="00072C45">
      <w:pPr>
        <w:rPr>
          <w:rFonts w:hint="eastAsia"/>
        </w:rPr>
      </w:pPr>
      <w:r>
        <w:t>ข้อ 2. ค่าตอบแทน</w:t>
      </w:r>
    </w:p>
    <w:p w14:paraId="0EC0B28F" w14:textId="77777777" w:rsidR="00163428" w:rsidRDefault="00072C45">
      <w:pPr>
        <w:rPr>
          <w:rFonts w:hint="eastAsia"/>
        </w:rPr>
      </w:pPr>
      <w:r>
        <w:t>ผู้รับโอนยอมชำระค่าตอบแทนให้กับผู้โอนเป็นเงิน .................... บาท (........................................) ภายในวันที่ .................................................... โดยผู้โอนจะทำการโอนสิทธิการเช่า ณ สถานที่ .................................................... ในวันที่ผู้รับโอนได้ชำระค่าตอบแทนครบถ้วน</w:t>
      </w:r>
    </w:p>
    <w:p w14:paraId="118ECBE1" w14:textId="77777777" w:rsidR="00163428" w:rsidRDefault="00072C45">
      <w:pPr>
        <w:rPr>
          <w:rFonts w:hint="eastAsia"/>
        </w:rPr>
      </w:pPr>
      <w:r>
        <w:t>ข้อ 3. เงื่อนไขการบอกเลิก</w:t>
      </w:r>
    </w:p>
    <w:p w14:paraId="2E30257F" w14:textId="77777777" w:rsidR="00163428" w:rsidRDefault="00072C45">
      <w:pPr>
        <w:rPr>
          <w:rFonts w:hint="eastAsia"/>
        </w:rPr>
      </w:pPr>
      <w:r>
        <w:lastRenderedPageBreak/>
        <w:t>หากผู้รับโอนผิดนัดไม่ชำระค่าตอบแทนในกำหนด หรือผู้ให้เช่าไม่ยินยอมให้โอนสิทธิ สัญญานี้จะถือเป็นโมฆะโดยไม่มีการเรียกร้องค่าเสียหายซึ่งกันและกัน</w:t>
      </w:r>
    </w:p>
    <w:p w14:paraId="081B39CE" w14:textId="77777777" w:rsidR="00163428" w:rsidRDefault="00072C45">
      <w:pPr>
        <w:rPr>
          <w:rFonts w:hint="eastAsia"/>
        </w:rPr>
      </w:pPr>
      <w:r>
        <w:t>ข้อ 4. ความรับผิดชอบของผู้รับโอน</w:t>
      </w:r>
    </w:p>
    <w:p w14:paraId="17853DF3" w14:textId="77777777" w:rsidR="00163428" w:rsidRDefault="00072C45">
      <w:pPr>
        <w:rPr>
          <w:rFonts w:hint="eastAsia"/>
        </w:rPr>
      </w:pPr>
      <w:r>
        <w:t>ผู้รับโอนยินยอมรับผิดชอบค่าเช่าที่ค้างชำระทั้งหมดที่ผู้โอนติดค้างผู้ให้เช่า รวมทั้งค่าใช้จ่าย ค่าธรรมเนียม และภาระอื่น ๆ ที่เกิดจากการโอนสิทธินี้ทั้งหมด</w:t>
      </w:r>
    </w:p>
    <w:p w14:paraId="6DA649E6" w14:textId="77777777" w:rsidR="00163428" w:rsidRDefault="00072C45">
      <w:pPr>
        <w:rPr>
          <w:rFonts w:hint="eastAsia"/>
        </w:rPr>
      </w:pPr>
      <w:r>
        <w:t>ทั้งนี้ ผู้โอนรับรองว่าไม่มีข้อพิพาท หรือภาระผูกพันใด ๆ เกี่ยวกับสิทธิการเช่าดังกล่าว และพร้อมดำเนินการโอนโดยสุจริต</w:t>
      </w:r>
    </w:p>
    <w:p w14:paraId="1F6DE65B" w14:textId="77777777" w:rsidR="00163428" w:rsidRDefault="00072C45">
      <w:pPr>
        <w:rPr>
          <w:rFonts w:hint="eastAsia"/>
        </w:rPr>
      </w:pPr>
      <w:r>
        <w:t>สัญญานี้ทำขึ้นจำนวน 2 ฉบับ คู่สัญญาแต่ละฝ่ายถือไว้ฝ่ายละฉบับ และมีข้อความตรงกันทุกประการ คู่สัญญาทั้งสองฝ่ายได้อ่านและเข้าใจโดยตลอดแล้ว จึงได้ลงลายมือชื่อไว้เป็นสำคัญต่อหน้าพยาน</w:t>
      </w:r>
    </w:p>
    <w:p w14:paraId="562AF6D1" w14:textId="77777777" w:rsidR="00163428" w:rsidRDefault="00072C45">
      <w:pPr>
        <w:rPr>
          <w:rFonts w:hint="eastAsia"/>
        </w:rPr>
      </w:pPr>
      <w:r>
        <w:br/>
      </w:r>
      <w:r>
        <w:t>ลงชื่อ ................................................ ผู้โอน</w:t>
      </w:r>
    </w:p>
    <w:p w14:paraId="494B8DE3" w14:textId="77777777" w:rsidR="00163428" w:rsidRDefault="00072C45">
      <w:pPr>
        <w:rPr>
          <w:rFonts w:hint="eastAsia"/>
        </w:rPr>
      </w:pPr>
      <w:r>
        <w:t xml:space="preserve">        (................................................)</w:t>
      </w:r>
    </w:p>
    <w:p w14:paraId="728F0EC2" w14:textId="77777777" w:rsidR="00163428" w:rsidRDefault="00072C45">
      <w:pPr>
        <w:rPr>
          <w:rFonts w:hint="eastAsia"/>
        </w:rPr>
      </w:pPr>
      <w:r>
        <w:br/>
      </w:r>
      <w:r>
        <w:t>ลงชื่อ ................................................ ผู้รับโอน</w:t>
      </w:r>
    </w:p>
    <w:p w14:paraId="75362BBF" w14:textId="77777777" w:rsidR="00163428" w:rsidRDefault="00072C45">
      <w:pPr>
        <w:rPr>
          <w:rFonts w:hint="eastAsia"/>
        </w:rPr>
      </w:pPr>
      <w:r>
        <w:t xml:space="preserve">        (................................................)</w:t>
      </w:r>
    </w:p>
    <w:p w14:paraId="3A394795" w14:textId="77777777" w:rsidR="00163428" w:rsidRDefault="00072C45">
      <w:pPr>
        <w:rPr>
          <w:rFonts w:hint="eastAsia"/>
        </w:rPr>
      </w:pPr>
      <w:r>
        <w:br/>
      </w:r>
      <w:r>
        <w:t>ลงชื่อ ................................................ พยาน</w:t>
      </w:r>
    </w:p>
    <w:p w14:paraId="26A9AF2F" w14:textId="593B6E5F" w:rsidR="00163428" w:rsidRDefault="00072C45">
      <w:pPr>
        <w:rPr>
          <w:rFonts w:hint="eastAsia"/>
        </w:rPr>
      </w:pPr>
      <w:r>
        <w:t xml:space="preserve">        (................................................)</w:t>
      </w:r>
      <w:r>
        <w:br/>
      </w:r>
      <w:r>
        <w:br/>
      </w:r>
      <w:r>
        <w:t>ลงชื่อ ................................................ พยาน</w:t>
      </w:r>
    </w:p>
    <w:p w14:paraId="56B26EC5" w14:textId="77777777" w:rsidR="00163428" w:rsidRDefault="00072C45">
      <w:pPr>
        <w:rPr>
          <w:rFonts w:hint="eastAsia"/>
        </w:rPr>
      </w:pPr>
      <w:r>
        <w:t xml:space="preserve">        (................................................)</w:t>
      </w:r>
    </w:p>
    <w:sectPr w:rsidR="0016342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54854260">
    <w:abstractNumId w:val="8"/>
  </w:num>
  <w:num w:numId="2" w16cid:durableId="1984312874">
    <w:abstractNumId w:val="6"/>
  </w:num>
  <w:num w:numId="3" w16cid:durableId="929392900">
    <w:abstractNumId w:val="5"/>
  </w:num>
  <w:num w:numId="4" w16cid:durableId="251548499">
    <w:abstractNumId w:val="4"/>
  </w:num>
  <w:num w:numId="5" w16cid:durableId="1651131470">
    <w:abstractNumId w:val="7"/>
  </w:num>
  <w:num w:numId="6" w16cid:durableId="1898205982">
    <w:abstractNumId w:val="3"/>
  </w:num>
  <w:num w:numId="7" w16cid:durableId="1539315369">
    <w:abstractNumId w:val="2"/>
  </w:num>
  <w:num w:numId="8" w16cid:durableId="870725077">
    <w:abstractNumId w:val="1"/>
  </w:num>
  <w:num w:numId="9" w16cid:durableId="859662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C45"/>
    <w:rsid w:val="0015074B"/>
    <w:rsid w:val="00163428"/>
    <w:rsid w:val="0029639D"/>
    <w:rsid w:val="00326F90"/>
    <w:rsid w:val="00384AB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0B7B8"/>
  <w14:defaultImageDpi w14:val="300"/>
  <w15:docId w15:val="{20089561-96D9-4E44-80AC-C1CA6AA6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2025-07-25T23:51:00Z</dcterms:created>
  <dcterms:modified xsi:type="dcterms:W3CDTF">2025-07-25T23:51:00Z</dcterms:modified>
  <cp:category/>
</cp:coreProperties>
</file>