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E77348" w14:textId="77777777" w:rsidR="00DD5A96" w:rsidRDefault="00715467">
      <w:pPr>
        <w:jc w:val="center"/>
        <w:rPr>
          <w:rFonts w:hint="eastAsia"/>
        </w:rPr>
      </w:pPr>
      <w:r>
        <w:rPr>
          <w:b/>
          <w:sz w:val="40"/>
        </w:rPr>
        <w:t>สัญญาโอนสิทธิการเช่า</w:t>
      </w:r>
    </w:p>
    <w:p w14:paraId="4BEC8938" w14:textId="17C2DC53" w:rsidR="00DD5A96" w:rsidRDefault="00715467">
      <w:pPr>
        <w:rPr>
          <w:rFonts w:hint="eastAsia"/>
        </w:rPr>
      </w:pPr>
      <w:r>
        <w:t xml:space="preserve">สัญญาโอนสิทธิการเช่าฉบับนี้ทำที่เลขที่ .................................................. </w:t>
      </w:r>
      <w:r>
        <w:br/>
      </w:r>
      <w:proofErr w:type="spellStart"/>
      <w:r>
        <w:t>ถนน</w:t>
      </w:r>
      <w:proofErr w:type="spellEnd"/>
      <w:r>
        <w:t xml:space="preserve"> .................................................. </w:t>
      </w:r>
      <w:proofErr w:type="spellStart"/>
      <w:r>
        <w:t>ตำบล</w:t>
      </w:r>
      <w:proofErr w:type="spellEnd"/>
      <w:r>
        <w:t>/</w:t>
      </w:r>
      <w:proofErr w:type="spellStart"/>
      <w:r>
        <w:t>แขวง</w:t>
      </w:r>
      <w:proofErr w:type="spellEnd"/>
      <w:r>
        <w:t xml:space="preserve"> .................................................. </w:t>
      </w:r>
      <w:r>
        <w:br/>
      </w:r>
      <w:proofErr w:type="spellStart"/>
      <w:r>
        <w:t>อำเภอ</w:t>
      </w:r>
      <w:proofErr w:type="spellEnd"/>
      <w:r>
        <w:t>/</w:t>
      </w:r>
      <w:proofErr w:type="spellStart"/>
      <w:r>
        <w:t>เขต</w:t>
      </w:r>
      <w:proofErr w:type="spellEnd"/>
      <w:r>
        <w:t xml:space="preserve"> .................................................. จังหวัด ..................................................</w:t>
      </w:r>
    </w:p>
    <w:p w14:paraId="4C58F638" w14:textId="77777777" w:rsidR="00DD5A96" w:rsidRDefault="00715467">
      <w:pPr>
        <w:rPr>
          <w:rFonts w:hint="eastAsia"/>
        </w:rPr>
      </w:pPr>
      <w:r>
        <w:t>เมื่อวันที่ ............... เดือน ................................ พ.ศ. ..................</w:t>
      </w:r>
    </w:p>
    <w:p w14:paraId="0BEAAA1F" w14:textId="77777777" w:rsidR="00DD5A96" w:rsidRDefault="00715467">
      <w:pPr>
        <w:rPr>
          <w:rFonts w:hint="eastAsia"/>
        </w:rPr>
      </w:pPr>
      <w:r>
        <w:t>ระหว่าง .................................................. ซึ่งต่อไปในสัญญานี้เรียกว่า “ผู้ให้เช่า” ฝ่ายหนึ่ง</w:t>
      </w:r>
      <w:r>
        <w:br/>
      </w:r>
      <w:r>
        <w:t>กับ .................................................. ซึ่งต่อไปในสัญญานี้เรียกว่า “ผู้เช่า ผู้โอนสิทธิ” ฝ่ายหนึ่ง</w:t>
      </w:r>
      <w:r>
        <w:br/>
        <w:t>กับ .................................................. ซึ่งต่อไปในสัญญานี้เรียกว่า “ผู้เช่า ผู้รับโอนสิทธิ” อีกฝ่ายหนึ่ง</w:t>
      </w:r>
    </w:p>
    <w:p w14:paraId="448D30B1" w14:textId="77777777" w:rsidR="00DD5A96" w:rsidRDefault="00715467">
      <w:pPr>
        <w:rPr>
          <w:rFonts w:hint="eastAsia"/>
        </w:rPr>
      </w:pPr>
      <w:r>
        <w:t xml:space="preserve">โดยที่ผู้ให้เช่าเป็นเจ้าของกรรมสิทธิ์ตึกแถว เลขที่ ................................ ถนน ................................ ตำบล/แขวง ................................ อำเภอ/เขต ................................ จังหวัด ................................ </w:t>
      </w:r>
    </w:p>
    <w:p w14:paraId="7791D070" w14:textId="77777777" w:rsidR="00DD5A96" w:rsidRDefault="00715467">
      <w:pPr>
        <w:rPr>
          <w:rFonts w:hint="eastAsia"/>
        </w:rPr>
      </w:pPr>
      <w:r>
        <w:t>และโดยที่ผู้เช่าผู้โอนสิทธิได้จดทะเบียนการเช่าตึกแถวดังกล่าวจากผู้ให้เช่า เป็นระยะเวลา ............... ปี ตั้งแต่วันที่ ............... เดือน ................ พ.ศ. ............... ตามหลักฐานการจดทะเบียนเลขที่ ................ ณ เขต ................ จังหวัด ................ เมื่อวันที่ ............... เดือน ................ พ.ศ. ............... (เรียกว่า “สัญญาเช่า”)</w:t>
      </w:r>
    </w:p>
    <w:p w14:paraId="2FF6463C" w14:textId="77777777" w:rsidR="00DD5A96" w:rsidRDefault="00715467">
      <w:pPr>
        <w:rPr>
          <w:rFonts w:hint="eastAsia"/>
        </w:rPr>
      </w:pPr>
      <w:r>
        <w:t>ผู้เช่าผู้โอนสิทธิประสงค์จะโอนสิทธิการเช่าตามสัญญาเช่า และผู้เช่าผู้รับโอนสิทธิประสงค์จะรับโอนสิทธิดังกล่าว โดยผู้ให้เช่าตกลงยินยอมให้มีการโอนสิทธิตามที่ระบุไว้ในสัญญานี้</w:t>
      </w:r>
    </w:p>
    <w:p w14:paraId="15F134DB" w14:textId="77777777" w:rsidR="00DD5A96" w:rsidRDefault="00715467">
      <w:pPr>
        <w:rPr>
          <w:rFonts w:hint="eastAsia"/>
        </w:rPr>
      </w:pPr>
      <w:r>
        <w:t>ข้อ 1. ค่าตอบแทนและการชำระเงิน</w:t>
      </w:r>
    </w:p>
    <w:p w14:paraId="61856CDB" w14:textId="77777777" w:rsidR="00DD5A96" w:rsidRDefault="00715467">
      <w:pPr>
        <w:rPr>
          <w:rFonts w:hint="eastAsia"/>
        </w:rPr>
      </w:pPr>
      <w:r>
        <w:t>ผู้เช่าผู้โอนสิทธิตกลงโอนสิทธิให้แก่ผู้เช่าผู้รับโอนสิทธิ และผู้เช่าผู้รับโอนสิทธิตกลงชำระค่าตอบแทนรวมทั้งสิ้น .................... บาท (..................................................)</w:t>
      </w:r>
      <w:r>
        <w:br/>
        <w:t xml:space="preserve">- </w:t>
      </w:r>
      <w:r>
        <w:t>ชำระ ณ วันทำสัญญา .................... บาท</w:t>
      </w:r>
      <w:r>
        <w:br/>
      </w:r>
      <w:r>
        <w:lastRenderedPageBreak/>
        <w:t>- ชำระ ณ วันที่ส่งมอบตึกแถว (ปราศจากภาระผูกพัน) .................... บาท ภายใน 45 วัน</w:t>
      </w:r>
      <w:r>
        <w:br/>
        <w:t>- ส่วนที่เหลือ .................... บาท ชำระเป็นรายเดือน ๆ ละ .................... บาท เริ่มงวดแรกภายใน 30 วันหลังจากได้รับมอบตึก</w:t>
      </w:r>
    </w:p>
    <w:p w14:paraId="56ADE958" w14:textId="77777777" w:rsidR="00DD5A96" w:rsidRDefault="00715467">
      <w:pPr>
        <w:rPr>
          <w:rFonts w:hint="eastAsia"/>
        </w:rPr>
      </w:pPr>
      <w:r>
        <w:t>ข้อ 2. การส่งมอบทรัพย์สินและค่าปรับ</w:t>
      </w:r>
    </w:p>
    <w:p w14:paraId="68DDC25D" w14:textId="77777777" w:rsidR="00DD5A96" w:rsidRDefault="00715467">
      <w:pPr>
        <w:rPr>
          <w:rFonts w:hint="eastAsia"/>
        </w:rPr>
      </w:pPr>
      <w:r>
        <w:t>ผู้เช่าผู้โอนสิทธิจะดำเนินการขนย้ายทรัพย์สินและบริวารออกจากตึกแถวให้แล้วเสร็จภายใน 45 วัน นับจากวันที่ทำสัญญา หากไม่สามารถส่งมอบได้ในกำหนดนี้ ยินยอมชำระค่าปรับวันละ .................... บาท ซึ่งผู้รับโอนสามารถหักจากค่าตอบแทนที่ค้างชำระได้</w:t>
      </w:r>
    </w:p>
    <w:p w14:paraId="1E764B1F" w14:textId="77777777" w:rsidR="00DD5A96" w:rsidRDefault="00715467">
      <w:pPr>
        <w:rPr>
          <w:rFonts w:hint="eastAsia"/>
        </w:rPr>
      </w:pPr>
      <w:r>
        <w:t>หากเลยกำหนด 15 วัน ผู้เช่าผู้รับโอนสิทธิสามารถบอกเลิกสัญญาได้ทันที และผู้เช่าผู้โอนสิทธิต้องคืนค่าตอบแทนทั้งหมดที่ได้รับไป พร้อมดอกเบี้ยร้อยละ 15 ต่อปี และค่าปรับตามสัญญา รวมถึงค่าเสียหายอื่น ๆ ที่อาจเกิดขึ้น</w:t>
      </w:r>
    </w:p>
    <w:p w14:paraId="3B2C95DD" w14:textId="77777777" w:rsidR="00DD5A96" w:rsidRDefault="00715467">
      <w:pPr>
        <w:rPr>
          <w:rFonts w:hint="eastAsia"/>
        </w:rPr>
      </w:pPr>
      <w:r>
        <w:t>ข้อ 3. การจดทะเบียน</w:t>
      </w:r>
    </w:p>
    <w:p w14:paraId="387E2291" w14:textId="77777777" w:rsidR="00DD5A96" w:rsidRDefault="00715467">
      <w:pPr>
        <w:rPr>
          <w:rFonts w:hint="eastAsia"/>
        </w:rPr>
      </w:pPr>
      <w:r>
        <w:t>ผู้เช่าผู้โอนสิทธิจะเป็นผู้ดำเนินการจดทะเบียนการโอนสิทธิการเช่านี้ให้แล้วเสร็จภายใน 3 วันนับแต่วันที่ส่งมอบตึกแถว และเป็นผู้รับผิดชอบค่าธรรมเนียมทั้งหมด</w:t>
      </w:r>
    </w:p>
    <w:p w14:paraId="5A00E200" w14:textId="77777777" w:rsidR="00DD5A96" w:rsidRDefault="00715467">
      <w:pPr>
        <w:rPr>
          <w:rFonts w:hint="eastAsia"/>
        </w:rPr>
      </w:pPr>
      <w:r>
        <w:t>ข้อ 4. ความร่วมมือของผู้ให้เช่า</w:t>
      </w:r>
    </w:p>
    <w:p w14:paraId="6EEB0538" w14:textId="77777777" w:rsidR="00DD5A96" w:rsidRDefault="00715467">
      <w:pPr>
        <w:rPr>
          <w:rFonts w:hint="eastAsia"/>
        </w:rPr>
      </w:pPr>
      <w:r>
        <w:t>ผู้ให้เช่ายินยอมอำนวยความสะดวกในทุกประการเพื่อให้การจดทะเบียนการโอนสิทธิการเช่านี้สำเร็จลุล่วง โดยถือว่าสัญญาเช่าฉบับเดิมเป็นส่วนหนึ่งของสัญญานี้</w:t>
      </w:r>
    </w:p>
    <w:p w14:paraId="493432C6" w14:textId="77777777" w:rsidR="00DD5A96" w:rsidRDefault="00715467">
      <w:pPr>
        <w:rPr>
          <w:rFonts w:hint="eastAsia"/>
        </w:rPr>
      </w:pPr>
      <w:r>
        <w:t>คู่สัญญาทั้งสามฝ่ายได้อ่านและเข้าใจโดยตลอดแล้ว จึงลงลายมือชื่อไว้เป็นหลักฐานต่อหน้าพยาน</w:t>
      </w:r>
    </w:p>
    <w:p w14:paraId="728CB277" w14:textId="77777777" w:rsidR="00DD5A96" w:rsidRDefault="00715467">
      <w:pPr>
        <w:rPr>
          <w:rFonts w:hint="eastAsia"/>
        </w:rPr>
      </w:pPr>
      <w:r>
        <w:br/>
      </w:r>
      <w:r>
        <w:t>ลงชื่อ ................................................ ผู้ให้เช่า</w:t>
      </w:r>
    </w:p>
    <w:p w14:paraId="1AA76596" w14:textId="77777777" w:rsidR="00DD5A96" w:rsidRDefault="00715467">
      <w:pPr>
        <w:rPr>
          <w:rFonts w:hint="eastAsia"/>
        </w:rPr>
      </w:pPr>
      <w:r>
        <w:t xml:space="preserve">        (................................................)</w:t>
      </w:r>
    </w:p>
    <w:p w14:paraId="22F0E3C4" w14:textId="77777777" w:rsidR="00DD5A96" w:rsidRDefault="00715467">
      <w:pPr>
        <w:rPr>
          <w:rFonts w:hint="eastAsia"/>
        </w:rPr>
      </w:pPr>
      <w:r>
        <w:t>ลงชื่อ ................................................ ผู้เช่าผู้โอนสิทธิ</w:t>
      </w:r>
    </w:p>
    <w:p w14:paraId="0E5E997E" w14:textId="77777777" w:rsidR="00DD5A96" w:rsidRDefault="00715467">
      <w:pPr>
        <w:rPr>
          <w:rFonts w:hint="eastAsia"/>
        </w:rPr>
      </w:pPr>
      <w:r>
        <w:lastRenderedPageBreak/>
        <w:t xml:space="preserve">        (................................................)</w:t>
      </w:r>
    </w:p>
    <w:p w14:paraId="5E332E98" w14:textId="77777777" w:rsidR="00DD5A96" w:rsidRDefault="00715467">
      <w:pPr>
        <w:rPr>
          <w:rFonts w:hint="eastAsia"/>
        </w:rPr>
      </w:pPr>
      <w:r>
        <w:t>ลงชื่อ ................................................ ผู้เช่าผู้รับโอนสิทธิ</w:t>
      </w:r>
    </w:p>
    <w:p w14:paraId="6C8F636B" w14:textId="77777777" w:rsidR="00DD5A96" w:rsidRDefault="00715467">
      <w:pPr>
        <w:rPr>
          <w:rFonts w:hint="eastAsia"/>
        </w:rPr>
      </w:pPr>
      <w:r>
        <w:t xml:space="preserve">        (................................................)</w:t>
      </w:r>
    </w:p>
    <w:p w14:paraId="53E5F6C8" w14:textId="77777777" w:rsidR="00DD5A96" w:rsidRDefault="00715467">
      <w:pPr>
        <w:rPr>
          <w:rFonts w:hint="eastAsia"/>
        </w:rPr>
      </w:pPr>
      <w:r>
        <w:t>ลงชื่อ ................................................ พยาน</w:t>
      </w:r>
    </w:p>
    <w:p w14:paraId="38393AB0" w14:textId="77777777" w:rsidR="00DD5A96" w:rsidRDefault="00715467">
      <w:pPr>
        <w:rPr>
          <w:rFonts w:hint="eastAsia"/>
        </w:rPr>
      </w:pPr>
      <w:r>
        <w:t xml:space="preserve">        (................................................)</w:t>
      </w:r>
    </w:p>
    <w:p w14:paraId="068D3839" w14:textId="77777777" w:rsidR="00DD5A96" w:rsidRDefault="00715467">
      <w:pPr>
        <w:rPr>
          <w:rFonts w:hint="eastAsia"/>
        </w:rPr>
      </w:pPr>
      <w:r>
        <w:t>ลงชื่อ ................................................ พยาน</w:t>
      </w:r>
    </w:p>
    <w:p w14:paraId="72B2A4B7" w14:textId="77777777" w:rsidR="00DD5A96" w:rsidRDefault="00715467">
      <w:pPr>
        <w:rPr>
          <w:rFonts w:hint="eastAsia"/>
        </w:rPr>
      </w:pPr>
      <w:r>
        <w:t xml:space="preserve">        (................................................)</w:t>
      </w:r>
    </w:p>
    <w:sectPr w:rsidR="00DD5A96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Cordia New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103768034">
    <w:abstractNumId w:val="8"/>
  </w:num>
  <w:num w:numId="2" w16cid:durableId="679234929">
    <w:abstractNumId w:val="6"/>
  </w:num>
  <w:num w:numId="3" w16cid:durableId="371926206">
    <w:abstractNumId w:val="5"/>
  </w:num>
  <w:num w:numId="4" w16cid:durableId="1848446741">
    <w:abstractNumId w:val="4"/>
  </w:num>
  <w:num w:numId="5" w16cid:durableId="1258634377">
    <w:abstractNumId w:val="7"/>
  </w:num>
  <w:num w:numId="6" w16cid:durableId="1704667203">
    <w:abstractNumId w:val="3"/>
  </w:num>
  <w:num w:numId="7" w16cid:durableId="799155346">
    <w:abstractNumId w:val="2"/>
  </w:num>
  <w:num w:numId="8" w16cid:durableId="1274284530">
    <w:abstractNumId w:val="1"/>
  </w:num>
  <w:num w:numId="9" w16cid:durableId="14046415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715467"/>
    <w:rsid w:val="009012C4"/>
    <w:rsid w:val="00AA1D8D"/>
    <w:rsid w:val="00B47730"/>
    <w:rsid w:val="00CB0664"/>
    <w:rsid w:val="00DD5A9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9D109A7"/>
  <w14:defaultImageDpi w14:val="300"/>
  <w15:docId w15:val="{6E3AF6F4-5634-4045-975A-999CBA6C3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H Sarabun New" w:hAnsi="TH Sarabun New"/>
      <w:sz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539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3610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ทนาย ภูวงษ์ โพธิ์ไทร</cp:lastModifiedBy>
  <cp:revision>2</cp:revision>
  <dcterms:created xsi:type="dcterms:W3CDTF">2025-07-25T23:53:00Z</dcterms:created>
  <dcterms:modified xsi:type="dcterms:W3CDTF">2025-07-25T23:53:00Z</dcterms:modified>
  <cp:category/>
</cp:coreProperties>
</file>