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F0B83" w14:textId="77777777" w:rsidR="00F57C3F" w:rsidRDefault="00210041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สัญญาโอนสิทธิการเช่าแผงลอย</w:t>
      </w:r>
    </w:p>
    <w:p w14:paraId="517994F4" w14:textId="77777777" w:rsidR="00F57C3F" w:rsidRDefault="00210041">
      <w:pPr>
        <w:rPr>
          <w:rFonts w:hint="eastAsia"/>
        </w:rPr>
      </w:pPr>
      <w:r>
        <w:t>สัญญานี้ทำที่ .................................................... เมื่อวันที่ ............... เดือน .................................................... พ.ศ. ..................</w:t>
      </w:r>
    </w:p>
    <w:p w14:paraId="40544050" w14:textId="77777777" w:rsidR="00F57C3F" w:rsidRDefault="00210041">
      <w:pPr>
        <w:rPr>
          <w:rFonts w:hint="eastAsia"/>
        </w:rPr>
      </w:pPr>
      <w:r>
        <w:t>ระหว่าง .................................................... อยู่บ้านเลขที่ .................................................... ถนน .................................................... ตำบล/แขวง .................................................... อำเภอ/เขต .................................................... จังหวัด .................................................... ซึ่งต่อไปในสัญญานี้จะเรียกว่า “ผู้โอน” ฝ่ายหนึ่ง</w:t>
      </w:r>
      <w:r>
        <w:br/>
      </w:r>
      <w:r>
        <w:t>กับ .................................................... ซึ่งต่อไปในสัญญานี้จะเรียกว่า “ผู้รับโอน” อีกฝ่ายหนึ่ง</w:t>
      </w:r>
    </w:p>
    <w:p w14:paraId="7B341793" w14:textId="77777777" w:rsidR="00F57C3F" w:rsidRDefault="00210041">
      <w:pPr>
        <w:rPr>
          <w:rFonts w:hint="eastAsia"/>
        </w:rPr>
      </w:pPr>
      <w:r>
        <w:t>ทั้งสองฝ่ายตกลงทำสัญญาโอนสิทธิการเช่าแผงลอยมีข้อความดังนี้</w:t>
      </w:r>
    </w:p>
    <w:p w14:paraId="18794C6E" w14:textId="77777777" w:rsidR="00F57C3F" w:rsidRDefault="00210041">
      <w:pPr>
        <w:rPr>
          <w:rFonts w:hint="eastAsia"/>
        </w:rPr>
      </w:pPr>
      <w:r>
        <w:t>ข้อ 1. การโอนสิทธิ</w:t>
      </w:r>
    </w:p>
    <w:p w14:paraId="0075CC57" w14:textId="77777777" w:rsidR="00F57C3F" w:rsidRDefault="00210041">
      <w:pPr>
        <w:rPr>
          <w:rFonts w:hint="eastAsia"/>
        </w:rPr>
      </w:pPr>
      <w:r>
        <w:t>ผู้โอนตกลงโอนสิทธิการเช่าแผงลอย เลขที่ .................................................... ในตลาด .................................................... ถนน .................................................... แขวง .................................................... เขต .................................................... จังหวัด .................................................... ซึ่งผู้โอนได้เช่ามาจาก .................................................... ตามสัญญาเช่าลงวันที่ ..............................</w:t>
      </w:r>
      <w:r>
        <w:t xml:space="preserve">...................... </w:t>
      </w:r>
      <w:r>
        <w:t>ให้แก่ผู้รับโอนนับแต่วันทำสัญญานี้เป็นต้นไป</w:t>
      </w:r>
    </w:p>
    <w:p w14:paraId="422CD7CF" w14:textId="77777777" w:rsidR="00F57C3F" w:rsidRDefault="00210041">
      <w:pPr>
        <w:rPr>
          <w:rFonts w:hint="eastAsia"/>
        </w:rPr>
      </w:pPr>
      <w:r>
        <w:t>ข้อ 2. ค่าตอบแทน</w:t>
      </w:r>
    </w:p>
    <w:p w14:paraId="4D5FEE80" w14:textId="77777777" w:rsidR="00F57C3F" w:rsidRDefault="00210041">
      <w:pPr>
        <w:rPr>
          <w:rFonts w:hint="eastAsia"/>
        </w:rPr>
      </w:pPr>
      <w:r>
        <w:t>ในวันทำสัญญานี้ ผู้โอนรับเงินค่าตอบแทนจำนวน .................... บาท จากผู้รับโอน เพื่อเป็นการตอบแทนในการโอนสิทธิการเช่าแผงลอยดังกล่าว</w:t>
      </w:r>
    </w:p>
    <w:p w14:paraId="744D82AF" w14:textId="77777777" w:rsidR="00F57C3F" w:rsidRDefault="00210041">
      <w:pPr>
        <w:rPr>
          <w:rFonts w:hint="eastAsia"/>
        </w:rPr>
      </w:pPr>
      <w:r>
        <w:t>ข้อ 3. ข้อตกลงเพิ่มเติม</w:t>
      </w:r>
    </w:p>
    <w:p w14:paraId="5C9B59C6" w14:textId="77777777" w:rsidR="00F57C3F" w:rsidRDefault="00210041">
      <w:pPr>
        <w:rPr>
          <w:rFonts w:hint="eastAsia"/>
        </w:rPr>
      </w:pPr>
      <w:r>
        <w:lastRenderedPageBreak/>
        <w:t>ผู้รับโอนตกลงรับโอนทั้งสิทธิและหน้าที่ตามที่ผู้โอนได้ทำสัญญาเช่ากับ .................................................... และยินยอมปฏิบัติตามเงื่อนไขทั้งหมดในสัญญาเช่าดังกล่าวอย่างเคร่งครัดตลอดอายุสัญญา</w:t>
      </w:r>
    </w:p>
    <w:p w14:paraId="4ECFF7D7" w14:textId="77777777" w:rsidR="00F57C3F" w:rsidRDefault="00210041">
      <w:pPr>
        <w:rPr>
          <w:rFonts w:hint="eastAsia"/>
        </w:rPr>
      </w:pPr>
      <w:r>
        <w:t>สัญญานี้ทำขึ้นจำนวน 2 ฉบับ มีข้อความตรงกัน คู่สัญญาได้อ่านและเข้าใจโดยตลอดแล้ว จึงได้ลงลายมือชื่อไว้เป็นสำคัญต่อหน้าพยาน</w:t>
      </w:r>
    </w:p>
    <w:p w14:paraId="1B63D710" w14:textId="77777777" w:rsidR="00F57C3F" w:rsidRDefault="00210041">
      <w:pPr>
        <w:rPr>
          <w:rFonts w:hint="eastAsia"/>
        </w:rPr>
      </w:pPr>
      <w:r>
        <w:br/>
      </w:r>
      <w:r>
        <w:t>ลงชื่อ ................................................ ผู้โอน</w:t>
      </w:r>
    </w:p>
    <w:p w14:paraId="603E4020" w14:textId="77777777" w:rsidR="00F57C3F" w:rsidRDefault="00210041">
      <w:pPr>
        <w:rPr>
          <w:rFonts w:hint="eastAsia"/>
        </w:rPr>
      </w:pPr>
      <w:r>
        <w:t xml:space="preserve">        (................................................)</w:t>
      </w:r>
    </w:p>
    <w:p w14:paraId="4F2EF81F" w14:textId="77777777" w:rsidR="00F57C3F" w:rsidRDefault="00210041">
      <w:pPr>
        <w:rPr>
          <w:rFonts w:hint="eastAsia"/>
        </w:rPr>
      </w:pPr>
      <w:r>
        <w:t>ลงชื่อ ................................................ พยาน</w:t>
      </w:r>
    </w:p>
    <w:p w14:paraId="57F197B3" w14:textId="77777777" w:rsidR="00F57C3F" w:rsidRDefault="00210041">
      <w:pPr>
        <w:rPr>
          <w:rFonts w:hint="eastAsia"/>
        </w:rPr>
      </w:pPr>
      <w:r>
        <w:t xml:space="preserve">        (................................................)</w:t>
      </w:r>
    </w:p>
    <w:p w14:paraId="6A559115" w14:textId="77777777" w:rsidR="00F57C3F" w:rsidRDefault="00210041">
      <w:pPr>
        <w:rPr>
          <w:rFonts w:hint="eastAsia"/>
        </w:rPr>
      </w:pPr>
      <w:r>
        <w:br/>
      </w:r>
      <w:r>
        <w:t>ลงชื่อ ................................................ ผู้รับโอน</w:t>
      </w:r>
    </w:p>
    <w:p w14:paraId="6FABB169" w14:textId="77777777" w:rsidR="00F57C3F" w:rsidRDefault="00210041">
      <w:pPr>
        <w:rPr>
          <w:rFonts w:hint="eastAsia"/>
        </w:rPr>
      </w:pPr>
      <w:r>
        <w:t xml:space="preserve">        (................................................)</w:t>
      </w:r>
    </w:p>
    <w:p w14:paraId="28C200BB" w14:textId="77777777" w:rsidR="00F57C3F" w:rsidRDefault="00210041">
      <w:pPr>
        <w:rPr>
          <w:rFonts w:hint="eastAsia"/>
        </w:rPr>
      </w:pPr>
      <w:r>
        <w:t>ลงชื่อ ................................................ พยาน</w:t>
      </w:r>
    </w:p>
    <w:p w14:paraId="35A2DBE1" w14:textId="77777777" w:rsidR="00F57C3F" w:rsidRDefault="00210041">
      <w:pPr>
        <w:rPr>
          <w:rFonts w:hint="eastAsia"/>
        </w:rPr>
      </w:pPr>
      <w:r>
        <w:t xml:space="preserve">        (................................................)</w:t>
      </w:r>
    </w:p>
    <w:p w14:paraId="43DA0754" w14:textId="77777777" w:rsidR="00F57C3F" w:rsidRDefault="00210041">
      <w:pPr>
        <w:rPr>
          <w:rFonts w:hint="eastAsia"/>
        </w:rPr>
      </w:pPr>
      <w:r>
        <w:br/>
      </w:r>
      <w:r>
        <w:t>ข้าพเจ้า ................................................ ผู้ให้เช่า ยินยอมให้ ................................................ โอนสิทธิการเช่าดังกล่าวข้างต้นได้</w:t>
      </w:r>
    </w:p>
    <w:p w14:paraId="1E57EB06" w14:textId="77777777" w:rsidR="00F57C3F" w:rsidRDefault="00210041">
      <w:pPr>
        <w:rPr>
          <w:rFonts w:hint="eastAsia"/>
        </w:rPr>
      </w:pPr>
      <w:r>
        <w:t>ลงชื่อ ................................................ ผู้ให้เช่า</w:t>
      </w:r>
    </w:p>
    <w:p w14:paraId="2DDFFFED" w14:textId="77777777" w:rsidR="00F57C3F" w:rsidRDefault="00210041">
      <w:pPr>
        <w:rPr>
          <w:rFonts w:hint="eastAsia"/>
        </w:rPr>
      </w:pPr>
      <w:r>
        <w:t xml:space="preserve">        (................................................)</w:t>
      </w:r>
    </w:p>
    <w:sectPr w:rsidR="00F57C3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2041007">
    <w:abstractNumId w:val="8"/>
  </w:num>
  <w:num w:numId="2" w16cid:durableId="161744816">
    <w:abstractNumId w:val="6"/>
  </w:num>
  <w:num w:numId="3" w16cid:durableId="187179371">
    <w:abstractNumId w:val="5"/>
  </w:num>
  <w:num w:numId="4" w16cid:durableId="939531006">
    <w:abstractNumId w:val="4"/>
  </w:num>
  <w:num w:numId="5" w16cid:durableId="263921988">
    <w:abstractNumId w:val="7"/>
  </w:num>
  <w:num w:numId="6" w16cid:durableId="1802991852">
    <w:abstractNumId w:val="3"/>
  </w:num>
  <w:num w:numId="7" w16cid:durableId="1568346827">
    <w:abstractNumId w:val="2"/>
  </w:num>
  <w:num w:numId="8" w16cid:durableId="1930851181">
    <w:abstractNumId w:val="1"/>
  </w:num>
  <w:num w:numId="9" w16cid:durableId="327905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10041"/>
    <w:rsid w:val="0029639D"/>
    <w:rsid w:val="00326F90"/>
    <w:rsid w:val="00904F36"/>
    <w:rsid w:val="00AA1D8D"/>
    <w:rsid w:val="00B47730"/>
    <w:rsid w:val="00CB0664"/>
    <w:rsid w:val="00F57C3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2B82A5"/>
  <w14:defaultImageDpi w14:val="300"/>
  <w15:docId w15:val="{9E9F7802-AEE1-4631-B5E6-5D535330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2025-07-25T23:59:00Z</dcterms:created>
  <dcterms:modified xsi:type="dcterms:W3CDTF">2025-07-25T23:59:00Z</dcterms:modified>
  <cp:category/>
</cp:coreProperties>
</file>