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CCB8F7" w14:textId="77777777" w:rsidR="007012C1" w:rsidRDefault="00F12086">
      <w:pPr>
        <w:jc w:val="center"/>
        <w:rPr>
          <w:rFonts w:hint="eastAsia"/>
        </w:rPr>
      </w:pPr>
      <w:r>
        <w:rPr>
          <w:b/>
          <w:sz w:val="40"/>
        </w:rPr>
        <w:t>หนังสือโอนสิทธิ</w:t>
      </w:r>
    </w:p>
    <w:p w14:paraId="6DE0CC92" w14:textId="4527AF50" w:rsidR="007012C1" w:rsidRDefault="00F12086">
      <w:pPr>
        <w:rPr>
          <w:rFonts w:hint="eastAsia"/>
        </w:rPr>
      </w:pPr>
      <w:r>
        <w:t xml:space="preserve">หนังสือนี้ทำขึ้นที่ ............................................................ </w:t>
      </w:r>
      <w:r>
        <w:br/>
      </w:r>
      <w:proofErr w:type="spellStart"/>
      <w:r>
        <w:t>เมื่อวันที่</w:t>
      </w:r>
      <w:proofErr w:type="spellEnd"/>
      <w:r>
        <w:t xml:space="preserve"> ............... เดือน ................................ พ.ศ. ..................</w:t>
      </w:r>
    </w:p>
    <w:p w14:paraId="654BF1B4" w14:textId="77777777" w:rsidR="00F12086" w:rsidRDefault="00F12086">
      <w:r>
        <w:t xml:space="preserve">ระหว่าง ............................................................ อายุ ........ </w:t>
      </w:r>
      <w:proofErr w:type="spellStart"/>
      <w:r>
        <w:t>ปี</w:t>
      </w:r>
      <w:proofErr w:type="spellEnd"/>
      <w:r>
        <w:t xml:space="preserve"> </w:t>
      </w:r>
      <w:r>
        <w:br/>
      </w:r>
      <w:proofErr w:type="spellStart"/>
      <w:r>
        <w:t>สำนักงานตั้งอยู่ที่</w:t>
      </w:r>
      <w:proofErr w:type="spellEnd"/>
      <w:r>
        <w:t>/</w:t>
      </w:r>
      <w:proofErr w:type="spellStart"/>
      <w:r>
        <w:t>อยู่บ้านเลขที่</w:t>
      </w:r>
      <w:proofErr w:type="spellEnd"/>
      <w:r>
        <w:t xml:space="preserve"> ..............................................................................................</w:t>
      </w:r>
      <w:r>
        <w:t>..</w:t>
      </w:r>
    </w:p>
    <w:p w14:paraId="4A380169" w14:textId="1CE9189D" w:rsidR="00F12086" w:rsidRDefault="00F12086">
      <w:r>
        <w:t>………………………………………………………………………………………………………..</w:t>
      </w:r>
    </w:p>
    <w:p w14:paraId="09877E6E" w14:textId="77777777" w:rsidR="00F12086" w:rsidRDefault="00F12086">
      <w:proofErr w:type="spellStart"/>
      <w:r>
        <w:t>ถือบัตรประจำตัวประชาชนเลขที่</w:t>
      </w:r>
      <w:proofErr w:type="spellEnd"/>
      <w:r>
        <w:t xml:space="preserve"> ................................ </w:t>
      </w:r>
      <w:r>
        <w:t xml:space="preserve">ออกให้ ณ ................................ </w:t>
      </w:r>
    </w:p>
    <w:p w14:paraId="4ED77E55" w14:textId="77777777" w:rsidR="00F12086" w:rsidRDefault="00F12086">
      <w:proofErr w:type="spellStart"/>
      <w:r>
        <w:t>เมื่อวันที่</w:t>
      </w:r>
      <w:proofErr w:type="spellEnd"/>
      <w:r>
        <w:t xml:space="preserve"> ................................ </w:t>
      </w:r>
      <w:r>
        <w:t>ซึ่งต่อไปในหนังสือนี้จะเรียกว่า “ผู้โอนสิทธิ” ฝ่ายหนึ่ง</w:t>
      </w:r>
      <w:r>
        <w:br/>
        <w:t xml:space="preserve">กับ ............................................................ อายุ ........ ปี </w:t>
      </w:r>
    </w:p>
    <w:p w14:paraId="278B0566" w14:textId="77777777" w:rsidR="00F12086" w:rsidRDefault="00F12086">
      <w:proofErr w:type="spellStart"/>
      <w:r>
        <w:t>สำนักงานตั้งอยู่ที่</w:t>
      </w:r>
      <w:proofErr w:type="spellEnd"/>
      <w:r>
        <w:t>/</w:t>
      </w:r>
      <w:proofErr w:type="spellStart"/>
      <w:r>
        <w:t>อยู่บ้านเลขที่</w:t>
      </w:r>
      <w:proofErr w:type="spellEnd"/>
      <w:r>
        <w:t xml:space="preserve"> ..................................................................</w:t>
      </w:r>
      <w:r>
        <w:t>...................................</w:t>
      </w:r>
      <w:r>
        <w:t>.</w:t>
      </w:r>
    </w:p>
    <w:p w14:paraId="0A629458" w14:textId="1BD7D39B" w:rsidR="00F12086" w:rsidRDefault="00F12086">
      <w:r>
        <w:t>……………………………………………………………………………………………………………</w:t>
      </w:r>
    </w:p>
    <w:p w14:paraId="6414EC02" w14:textId="1B5AEDD4" w:rsidR="007012C1" w:rsidRDefault="00F12086">
      <w:pPr>
        <w:rPr>
          <w:rFonts w:hint="eastAsia"/>
        </w:rPr>
      </w:pPr>
      <w:r>
        <w:t xml:space="preserve"> </w:t>
      </w:r>
      <w:r>
        <w:t>ถือบัตรประจำตัวประชาชนเลขที่ ................................ ออกให้ ณ ................................ เมื่อวันที่ ................................ ซึ่งต่อไปนี้จะเรียกว่า “ผู้รับโอนสิทธิ” อีกฝ่ายหนึ่ง</w:t>
      </w:r>
    </w:p>
    <w:p w14:paraId="11AEE305" w14:textId="77777777" w:rsidR="007012C1" w:rsidRDefault="00F12086">
      <w:pPr>
        <w:rPr>
          <w:rFonts w:hint="eastAsia"/>
        </w:rPr>
      </w:pPr>
      <w:r>
        <w:t>ทั้งสองฝ่ายตกลงทำหนังสือนี้ขึ้นไว้เพื่อแสดงว่า</w:t>
      </w:r>
    </w:p>
    <w:p w14:paraId="7D47E591" w14:textId="77777777" w:rsidR="007012C1" w:rsidRDefault="00F12086">
      <w:pPr>
        <w:rPr>
          <w:rFonts w:hint="eastAsia"/>
        </w:rPr>
      </w:pPr>
      <w:r>
        <w:t>ข้อ 1.</w:t>
      </w:r>
    </w:p>
    <w:p w14:paraId="4A3EF911" w14:textId="77777777" w:rsidR="007012C1" w:rsidRDefault="00F12086">
      <w:pPr>
        <w:rPr>
          <w:rFonts w:hint="eastAsia"/>
        </w:rPr>
      </w:pPr>
      <w:r>
        <w:t>โดยที่ผู้โอนสิทธิเป็นคู่สัญญาในฐานะผู้ขายกับ ............................................................ ตามสำเนาสัญญาซื้อขายเลขที่ ................ ลงวันที่ ................................ ที่แนบท้ายหนังสือนี้ และเมื่อผู้โอนสิทธิปฏิบัติตามสัญญาดังกล่าวครบถ้วนแล้ว ผู้โอนสิทธิจะได้รับเงินตามสัญญาซื้อขายนั้นจาก ............................................................ เป็นจำนวนเงิน ................ บาท (............................................................)</w:t>
      </w:r>
    </w:p>
    <w:p w14:paraId="6CE5D1B9" w14:textId="77777777" w:rsidR="007012C1" w:rsidRDefault="00F12086">
      <w:pPr>
        <w:rPr>
          <w:rFonts w:hint="eastAsia"/>
        </w:rPr>
      </w:pPr>
      <w:r>
        <w:lastRenderedPageBreak/>
        <w:t>ข้อ 2.</w:t>
      </w:r>
    </w:p>
    <w:p w14:paraId="47AB8A29" w14:textId="77777777" w:rsidR="007012C1" w:rsidRDefault="00F12086">
      <w:pPr>
        <w:rPr>
          <w:rFonts w:hint="eastAsia"/>
        </w:rPr>
      </w:pPr>
      <w:r>
        <w:t>ผู้โอนสิทธิตกลงโอนสิทธิในการได้รับเงินจาก ............................................................ ตามจำนวนเงินในข้อ 1. ให้แก่ผู้รับโอนสิทธิ และผู้รับโอนสิทธิตกลงรับโอนสิทธิดังกล่าวด้วย</w:t>
      </w:r>
    </w:p>
    <w:p w14:paraId="1AE02CBA" w14:textId="77777777" w:rsidR="007012C1" w:rsidRDefault="00F12086">
      <w:pPr>
        <w:rPr>
          <w:rFonts w:hint="eastAsia"/>
        </w:rPr>
      </w:pPr>
      <w:r>
        <w:t>ข้อ 3.</w:t>
      </w:r>
    </w:p>
    <w:p w14:paraId="25208947" w14:textId="77777777" w:rsidR="007012C1" w:rsidRDefault="00F12086">
      <w:pPr>
        <w:rPr>
          <w:rFonts w:hint="eastAsia"/>
        </w:rPr>
      </w:pPr>
      <w:r>
        <w:t>ผู้โอนสิทธิตกลงว่า หาก ............................................................ ไม่ชำระเงินจำนวนตามข้อ 1. ไม่ว่าด้วยเหตุใดก็ตาม และผู้โอนสิทธิไม่ได้รับเงินตามที่โอนไว้ ผู้โอนสิทธิตกลงชำระเงินจำนวนดังกล่าวให้แก่ผู้รับโอนสิทธิทันที เมื่อผู้รับโอนสิทธิแจ้งให้ทราบ</w:t>
      </w:r>
    </w:p>
    <w:p w14:paraId="6C3F3AFD" w14:textId="77777777" w:rsidR="007012C1" w:rsidRDefault="00F12086">
      <w:pPr>
        <w:rPr>
          <w:rFonts w:hint="eastAsia"/>
        </w:rPr>
      </w:pPr>
      <w:r>
        <w:t>ผู้โอนสิทธิและผู้รับโอนสิทธิได้อ่านและเข้าใจข้อความในหนังสือนี้โดยตลอดแล้ว จึงลงลายมือชื่อไว้เป็นหลักฐานสำคัญต่อหน้าพยาน</w:t>
      </w:r>
    </w:p>
    <w:p w14:paraId="50C6DFB7" w14:textId="77777777" w:rsidR="007012C1" w:rsidRDefault="00F12086">
      <w:pPr>
        <w:rPr>
          <w:rFonts w:hint="eastAsia"/>
        </w:rPr>
      </w:pPr>
      <w:r>
        <w:br/>
      </w:r>
      <w:r>
        <w:t>ลงชื่อ ................................................ ผู้โอนสิทธิ</w:t>
      </w:r>
    </w:p>
    <w:p w14:paraId="78814738" w14:textId="77777777" w:rsidR="007012C1" w:rsidRDefault="00F12086">
      <w:pPr>
        <w:rPr>
          <w:rFonts w:hint="eastAsia"/>
        </w:rPr>
      </w:pPr>
      <w:r>
        <w:t xml:space="preserve">        (................................................)</w:t>
      </w:r>
    </w:p>
    <w:p w14:paraId="12962416" w14:textId="77777777" w:rsidR="007012C1" w:rsidRDefault="00F12086">
      <w:pPr>
        <w:rPr>
          <w:rFonts w:hint="eastAsia"/>
        </w:rPr>
      </w:pPr>
      <w:r>
        <w:t>ลงชื่อ ................................................ ผู้รับโอนสิทธิ</w:t>
      </w:r>
    </w:p>
    <w:p w14:paraId="24F31378" w14:textId="77777777" w:rsidR="007012C1" w:rsidRDefault="00F12086">
      <w:pPr>
        <w:rPr>
          <w:rFonts w:hint="eastAsia"/>
        </w:rPr>
      </w:pPr>
      <w:r>
        <w:t xml:space="preserve">        (................................................)</w:t>
      </w:r>
    </w:p>
    <w:p w14:paraId="1C3EB445" w14:textId="77777777" w:rsidR="007012C1" w:rsidRDefault="00F12086">
      <w:pPr>
        <w:rPr>
          <w:rFonts w:hint="eastAsia"/>
        </w:rPr>
      </w:pPr>
      <w:r>
        <w:t>ลงชื่อ ................................................ พยาน</w:t>
      </w:r>
    </w:p>
    <w:p w14:paraId="2C966E18" w14:textId="77777777" w:rsidR="007012C1" w:rsidRDefault="00F12086">
      <w:pPr>
        <w:rPr>
          <w:rFonts w:hint="eastAsia"/>
        </w:rPr>
      </w:pPr>
      <w:r>
        <w:t xml:space="preserve">        (................................................)</w:t>
      </w:r>
    </w:p>
    <w:p w14:paraId="220A5CF2" w14:textId="77777777" w:rsidR="007012C1" w:rsidRDefault="00F12086">
      <w:pPr>
        <w:rPr>
          <w:rFonts w:hint="eastAsia"/>
        </w:rPr>
      </w:pPr>
      <w:r>
        <w:t>ลงชื่อ ................................................ พยาน</w:t>
      </w:r>
    </w:p>
    <w:p w14:paraId="029C7BAC" w14:textId="77777777" w:rsidR="007012C1" w:rsidRDefault="00F12086">
      <w:pPr>
        <w:rPr>
          <w:rFonts w:hint="eastAsia"/>
        </w:rPr>
      </w:pPr>
      <w:r>
        <w:t xml:space="preserve">        (................................................)</w:t>
      </w:r>
    </w:p>
    <w:sectPr w:rsidR="007012C1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Cordia New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30961245">
    <w:abstractNumId w:val="8"/>
  </w:num>
  <w:num w:numId="2" w16cid:durableId="2129273435">
    <w:abstractNumId w:val="6"/>
  </w:num>
  <w:num w:numId="3" w16cid:durableId="812789738">
    <w:abstractNumId w:val="5"/>
  </w:num>
  <w:num w:numId="4" w16cid:durableId="1044520839">
    <w:abstractNumId w:val="4"/>
  </w:num>
  <w:num w:numId="5" w16cid:durableId="1212426256">
    <w:abstractNumId w:val="7"/>
  </w:num>
  <w:num w:numId="6" w16cid:durableId="2025785466">
    <w:abstractNumId w:val="3"/>
  </w:num>
  <w:num w:numId="7" w16cid:durableId="1180199702">
    <w:abstractNumId w:val="2"/>
  </w:num>
  <w:num w:numId="8" w16cid:durableId="220094712">
    <w:abstractNumId w:val="1"/>
  </w:num>
  <w:num w:numId="9" w16cid:durableId="8272129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7012C1"/>
    <w:rsid w:val="00904F36"/>
    <w:rsid w:val="00AA1D8D"/>
    <w:rsid w:val="00B47730"/>
    <w:rsid w:val="00CB0664"/>
    <w:rsid w:val="00F1208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381BB31"/>
  <w14:defaultImageDpi w14:val="300"/>
  <w15:docId w15:val="{9E9F7802-AEE1-4631-B5E6-5D5353309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H Sarabun New" w:hAnsi="TH Sarabun New"/>
      <w:sz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2731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ทนาย ภูวงษ์ โพธิ์ไทร</cp:lastModifiedBy>
  <cp:revision>2</cp:revision>
  <dcterms:created xsi:type="dcterms:W3CDTF">2025-07-26T00:06:00Z</dcterms:created>
  <dcterms:modified xsi:type="dcterms:W3CDTF">2025-07-26T00:06:00Z</dcterms:modified>
  <cp:category/>
</cp:coreProperties>
</file>