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157E0" w14:textId="77777777" w:rsidR="00E9548E" w:rsidRPr="009526D7" w:rsidRDefault="00000000">
      <w:pPr>
        <w:jc w:val="center"/>
        <w:rPr>
          <w:sz w:val="32"/>
          <w:szCs w:val="32"/>
        </w:rPr>
      </w:pPr>
      <w:r w:rsidRPr="009526D7">
        <w:rPr>
          <w:sz w:val="32"/>
          <w:szCs w:val="32"/>
        </w:rPr>
        <w:t>สัญญาเช่า</w:t>
      </w:r>
    </w:p>
    <w:p w14:paraId="47951919" w14:textId="77777777" w:rsidR="00E9548E" w:rsidRPr="009526D7" w:rsidRDefault="00000000">
      <w:pPr>
        <w:rPr>
          <w:sz w:val="32"/>
          <w:szCs w:val="32"/>
        </w:rPr>
      </w:pPr>
      <w:r w:rsidRPr="009526D7">
        <w:rPr>
          <w:sz w:val="32"/>
          <w:szCs w:val="32"/>
        </w:rPr>
        <w:t>ทำที่……………………………………………</w:t>
      </w:r>
      <w:r w:rsidRPr="009526D7">
        <w:rPr>
          <w:sz w:val="32"/>
          <w:szCs w:val="32"/>
        </w:rPr>
        <w:br/>
      </w:r>
      <w:r w:rsidRPr="009526D7">
        <w:rPr>
          <w:sz w:val="32"/>
          <w:szCs w:val="32"/>
        </w:rPr>
        <w:br/>
        <w:t>วันที่ ………………………เดือน………… ………พ.ศ.……………</w:t>
      </w:r>
      <w:r w:rsidRPr="009526D7">
        <w:rPr>
          <w:sz w:val="32"/>
          <w:szCs w:val="32"/>
        </w:rPr>
        <w:br/>
      </w:r>
      <w:r w:rsidRPr="009526D7">
        <w:rPr>
          <w:sz w:val="32"/>
          <w:szCs w:val="32"/>
        </w:rPr>
        <w:br/>
        <w:t>หนังสือฉบับนี้ ทำขึ้นระหว่างบริษัท……………………………………………………………</w:t>
      </w:r>
      <w:r w:rsidRPr="009526D7">
        <w:rPr>
          <w:sz w:val="32"/>
          <w:szCs w:val="32"/>
        </w:rPr>
        <w:br/>
        <w:t>ซึ่งต่อไปในสัญญานี้เรียกว่า “ผู้ให้เช่า” ฝ่ายหนึ่ง กับสมาคม …………………………………………..</w:t>
      </w:r>
      <w:r w:rsidRPr="009526D7">
        <w:rPr>
          <w:sz w:val="32"/>
          <w:szCs w:val="32"/>
        </w:rPr>
        <w:br/>
        <w:t>โดย……………………………………………………..และ…………………………………………….</w:t>
      </w:r>
      <w:r w:rsidRPr="009526D7">
        <w:rPr>
          <w:sz w:val="32"/>
          <w:szCs w:val="32"/>
        </w:rPr>
        <w:br/>
        <w:t>ผู้ทำการแทน อยู่บ้านเลขที่…….…………………………………………………………..……………..</w:t>
      </w:r>
      <w:r w:rsidRPr="009526D7">
        <w:rPr>
          <w:sz w:val="32"/>
          <w:szCs w:val="32"/>
        </w:rPr>
        <w:br/>
        <w:t>ซึ่งต่อไปในสัญญานี้เรียกว่า “ผู้เช่า” อีกฝ่ายหนึ่ง ทั้งสองฝ่ายตกลงทำสัญญากัน ดังมีข้อความต่อไปนี้</w:t>
      </w:r>
      <w:r w:rsidRPr="009526D7">
        <w:rPr>
          <w:sz w:val="32"/>
          <w:szCs w:val="32"/>
        </w:rPr>
        <w:br/>
      </w:r>
      <w:r w:rsidRPr="009526D7">
        <w:rPr>
          <w:sz w:val="32"/>
          <w:szCs w:val="32"/>
        </w:rPr>
        <w:br/>
        <w:t>ข้อ 1. ผู้ให้เช่าตกลงให้เช่า และผู้เช่าตกลงเช่าห้องเลขที่…………. และห้องเลขที่…………….</w:t>
      </w:r>
      <w:r w:rsidRPr="009526D7">
        <w:rPr>
          <w:sz w:val="32"/>
          <w:szCs w:val="32"/>
        </w:rPr>
        <w:br/>
        <w:t>อาคารชุด ……………………………………………. …… เพื่อใช้เป็นที่ทำการสมาคม และบริการโต๊ะบิลเลียดแก่สมาชิกสมาคม มีกำหนดการเช่าเริ่มตั้งแต่วันที่ทำสัญญา จนถึงวันที่ ………………………</w:t>
      </w:r>
      <w:r w:rsidRPr="009526D7">
        <w:rPr>
          <w:sz w:val="32"/>
          <w:szCs w:val="32"/>
        </w:rPr>
        <w:br/>
      </w:r>
      <w:r w:rsidRPr="009526D7">
        <w:rPr>
          <w:sz w:val="32"/>
          <w:szCs w:val="32"/>
        </w:rPr>
        <w:br/>
        <w:t>ข้อ 2. กำหนดค่าเช่าเดือนละ………………………… บาท (……………………………</w:t>
      </w:r>
      <w:proofErr w:type="gramStart"/>
      <w:r w:rsidRPr="009526D7">
        <w:rPr>
          <w:sz w:val="32"/>
          <w:szCs w:val="32"/>
        </w:rPr>
        <w:t>…..</w:t>
      </w:r>
      <w:proofErr w:type="gramEnd"/>
      <w:r w:rsidRPr="009526D7">
        <w:rPr>
          <w:sz w:val="32"/>
          <w:szCs w:val="32"/>
        </w:rPr>
        <w:t>)</w:t>
      </w:r>
      <w:r w:rsidRPr="009526D7">
        <w:rPr>
          <w:sz w:val="32"/>
          <w:szCs w:val="32"/>
        </w:rPr>
        <w:br/>
        <w:t>โดยชำระล่วงหน้าทุกวันที่ 5 ของแต่ละเดือน</w:t>
      </w:r>
      <w:r w:rsidRPr="009526D7">
        <w:rPr>
          <w:sz w:val="32"/>
          <w:szCs w:val="32"/>
        </w:rPr>
        <w:br/>
      </w:r>
      <w:r w:rsidRPr="009526D7">
        <w:rPr>
          <w:sz w:val="32"/>
          <w:szCs w:val="32"/>
        </w:rPr>
        <w:br/>
        <w:t>ข้อ 3. ค่าไฟฟ้า ค่าประปาในสถานที่เช่า ผู้เช่าจะเป็นผู้ชำระตามมิเตอร์ ส่วนค่าโทรศัพท์</w:t>
      </w:r>
      <w:r w:rsidRPr="009526D7">
        <w:rPr>
          <w:sz w:val="32"/>
          <w:szCs w:val="32"/>
        </w:rPr>
        <w:br/>
        <w:t>ติดตามจำนวนครั้งที่โทร. ออกครั้งละ ……………………บาท</w:t>
      </w:r>
      <w:r w:rsidRPr="009526D7">
        <w:rPr>
          <w:sz w:val="32"/>
          <w:szCs w:val="32"/>
        </w:rPr>
        <w:br/>
      </w:r>
      <w:r w:rsidRPr="009526D7">
        <w:rPr>
          <w:sz w:val="32"/>
          <w:szCs w:val="32"/>
        </w:rPr>
        <w:br/>
        <w:t>ข้อ 4. เมื่อครบกำหนดการเช่าตามข้อ 1. แล้ว ผู้เช่าจะต้องขนย้ายทรัพย์สินพร้อมบริวารออกไปทันที หากผู้เช่าบิดพลิ้ว ยินยอมให้คิดค่าเสียหายในอัตรา วันละ 2,000 บาท (สองพันบาทถ้วน) และยินยอมให้สิทธิแก่ผู้ให้เช่าขนย้ายออกเองและปิดประตูกุญแจเข้าออกได้ทันที</w:t>
      </w:r>
      <w:r w:rsidRPr="009526D7">
        <w:rPr>
          <w:sz w:val="32"/>
          <w:szCs w:val="32"/>
        </w:rPr>
        <w:br/>
      </w:r>
      <w:r w:rsidRPr="009526D7">
        <w:rPr>
          <w:sz w:val="32"/>
          <w:szCs w:val="32"/>
        </w:rPr>
        <w:br/>
      </w:r>
      <w:r w:rsidRPr="009526D7">
        <w:rPr>
          <w:sz w:val="32"/>
          <w:szCs w:val="32"/>
        </w:rPr>
        <w:lastRenderedPageBreak/>
        <w:t>ข้อ 5. หากผู้เช่าผิดสัญญาข้อหนึ่งข้อใด ยินยอมให้บอกเลิกสัญญาและให้ผู้ให้เช่าดำเนินการตามสัญญาข้อ 4 ได้ดุจกัน</w:t>
      </w:r>
      <w:r w:rsidRPr="009526D7">
        <w:rPr>
          <w:sz w:val="32"/>
          <w:szCs w:val="32"/>
        </w:rPr>
        <w:br/>
      </w:r>
      <w:r w:rsidRPr="009526D7">
        <w:rPr>
          <w:sz w:val="32"/>
          <w:szCs w:val="32"/>
        </w:rPr>
        <w:br/>
        <w:t>สัญญานี้ทำขึ้นเป็นสองฉบับ มีข้อความตรงกัน โดยคู่สัญญาต่างยึดถือไว้ฝ่ายละฉบับ และต่างเข้าใจข้อความดีแล้ว จึงลงลายมือชื่อและประทับตราไว้เป็นสำคัญต่อหน้าพยาน</w:t>
      </w:r>
    </w:p>
    <w:p w14:paraId="3DF09D10" w14:textId="77777777" w:rsidR="00E9548E" w:rsidRPr="009526D7" w:rsidRDefault="00000000">
      <w:pPr>
        <w:rPr>
          <w:sz w:val="32"/>
          <w:szCs w:val="32"/>
        </w:rPr>
      </w:pPr>
      <w:r w:rsidRPr="009526D7">
        <w:rPr>
          <w:sz w:val="32"/>
          <w:szCs w:val="32"/>
        </w:rPr>
        <w:t>ลงชื่อ……………………………………ผู้ให้เช่า   ลงชื่อ…………………………………</w:t>
      </w:r>
      <w:proofErr w:type="gramStart"/>
      <w:r w:rsidRPr="009526D7">
        <w:rPr>
          <w:sz w:val="32"/>
          <w:szCs w:val="32"/>
        </w:rPr>
        <w:t>….ผู้เช่า</w:t>
      </w:r>
      <w:proofErr w:type="gramEnd"/>
      <w:r w:rsidRPr="009526D7">
        <w:rPr>
          <w:sz w:val="32"/>
          <w:szCs w:val="32"/>
        </w:rPr>
        <w:br/>
        <w:t xml:space="preserve"> </w:t>
      </w:r>
      <w:proofErr w:type="gramStart"/>
      <w:r w:rsidRPr="009526D7">
        <w:rPr>
          <w:sz w:val="32"/>
          <w:szCs w:val="32"/>
        </w:rPr>
        <w:t xml:space="preserve">   (</w:t>
      </w:r>
      <w:proofErr w:type="gramEnd"/>
      <w:r w:rsidRPr="009526D7">
        <w:rPr>
          <w:sz w:val="32"/>
          <w:szCs w:val="32"/>
        </w:rPr>
        <w:t>……………………………………)            (……………………………………)</w:t>
      </w:r>
      <w:r w:rsidRPr="009526D7">
        <w:rPr>
          <w:sz w:val="32"/>
          <w:szCs w:val="32"/>
        </w:rPr>
        <w:br/>
      </w:r>
      <w:r w:rsidRPr="009526D7">
        <w:rPr>
          <w:sz w:val="32"/>
          <w:szCs w:val="32"/>
        </w:rPr>
        <w:br/>
        <w:t>ลงชื่อ……………………………………พยาน    ลงชื่อ……………………………………พยาน</w:t>
      </w:r>
      <w:r w:rsidRPr="009526D7">
        <w:rPr>
          <w:sz w:val="32"/>
          <w:szCs w:val="32"/>
        </w:rPr>
        <w:br/>
        <w:t xml:space="preserve"> </w:t>
      </w:r>
      <w:proofErr w:type="gramStart"/>
      <w:r w:rsidRPr="009526D7">
        <w:rPr>
          <w:sz w:val="32"/>
          <w:szCs w:val="32"/>
        </w:rPr>
        <w:t xml:space="preserve">   (</w:t>
      </w:r>
      <w:proofErr w:type="gramEnd"/>
      <w:r w:rsidRPr="009526D7">
        <w:rPr>
          <w:sz w:val="32"/>
          <w:szCs w:val="32"/>
        </w:rPr>
        <w:t>……………………………………)            (……………………………………)</w:t>
      </w:r>
    </w:p>
    <w:sectPr w:rsidR="00E9548E" w:rsidRPr="009526D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34052495">
    <w:abstractNumId w:val="8"/>
  </w:num>
  <w:num w:numId="2" w16cid:durableId="1907375819">
    <w:abstractNumId w:val="6"/>
  </w:num>
  <w:num w:numId="3" w16cid:durableId="436564779">
    <w:abstractNumId w:val="5"/>
  </w:num>
  <w:num w:numId="4" w16cid:durableId="486897284">
    <w:abstractNumId w:val="4"/>
  </w:num>
  <w:num w:numId="5" w16cid:durableId="1985818250">
    <w:abstractNumId w:val="7"/>
  </w:num>
  <w:num w:numId="6" w16cid:durableId="1766028363">
    <w:abstractNumId w:val="3"/>
  </w:num>
  <w:num w:numId="7" w16cid:durableId="743188173">
    <w:abstractNumId w:val="2"/>
  </w:num>
  <w:num w:numId="8" w16cid:durableId="533227363">
    <w:abstractNumId w:val="1"/>
  </w:num>
  <w:num w:numId="9" w16cid:durableId="301816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9526D7"/>
    <w:rsid w:val="00AA1D8D"/>
    <w:rsid w:val="00B47730"/>
    <w:rsid w:val="00CB0664"/>
    <w:rsid w:val="00D77587"/>
    <w:rsid w:val="00E73C77"/>
    <w:rsid w:val="00E9548E"/>
    <w:rsid w:val="00F4075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EEF659"/>
  <w14:defaultImageDpi w14:val="300"/>
  <w15:docId w15:val="{A92A66C1-BB77-4CBA-8F37-D4A972C16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H SarabunPSK" w:eastAsia="TH SarabunPSK" w:hAnsi="TH SarabunPSK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Poovong Posai</cp:lastModifiedBy>
  <cp:revision>2</cp:revision>
  <dcterms:created xsi:type="dcterms:W3CDTF">2025-07-10T10:27:00Z</dcterms:created>
  <dcterms:modified xsi:type="dcterms:W3CDTF">2025-07-10T10:27:00Z</dcterms:modified>
  <cp:category/>
</cp:coreProperties>
</file>