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6487BB" w14:textId="77777777" w:rsidR="00DA4092" w:rsidRDefault="00000000">
      <w:pPr>
        <w:jc w:val="center"/>
        <w:rPr>
          <w:rFonts w:hint="eastAsia"/>
        </w:rPr>
      </w:pPr>
      <w:r>
        <w:rPr>
          <w:rFonts w:eastAsia="TH SarabunPSK"/>
          <w:b/>
        </w:rPr>
        <w:t>สัญญาเช่า</w:t>
      </w:r>
    </w:p>
    <w:p w14:paraId="16B806F3" w14:textId="77777777" w:rsidR="00DA4092" w:rsidRDefault="00000000">
      <w:pPr>
        <w:rPr>
          <w:rFonts w:hint="eastAsia"/>
        </w:rPr>
      </w:pPr>
      <w:r>
        <w:rPr>
          <w:rFonts w:eastAsia="TH SarabunPSK"/>
        </w:rPr>
        <w:br/>
        <w:t>ทำที่.....................................................................................</w:t>
      </w:r>
    </w:p>
    <w:p w14:paraId="2CEF4EFA" w14:textId="77777777" w:rsidR="00DA4092" w:rsidRDefault="00000000">
      <w:pPr>
        <w:rPr>
          <w:rFonts w:hint="eastAsia"/>
        </w:rPr>
      </w:pPr>
      <w:r>
        <w:rPr>
          <w:rFonts w:eastAsia="TH SarabunPSK"/>
        </w:rPr>
        <w:t>............................................................................................</w:t>
      </w:r>
    </w:p>
    <w:p w14:paraId="73B59739" w14:textId="77777777" w:rsidR="00DA4092" w:rsidRDefault="00000000">
      <w:pPr>
        <w:rPr>
          <w:rFonts w:hint="eastAsia"/>
        </w:rPr>
      </w:pPr>
      <w:r>
        <w:rPr>
          <w:rFonts w:eastAsia="TH SarabunPSK"/>
        </w:rPr>
        <w:t>วันที่..........เดือน.............................พ.ศ....................</w:t>
      </w:r>
      <w:r>
        <w:rPr>
          <w:rFonts w:eastAsia="TH SarabunPSK"/>
        </w:rPr>
        <w:br/>
      </w:r>
    </w:p>
    <w:p w14:paraId="18774DB6" w14:textId="77777777" w:rsidR="00DA4092" w:rsidRDefault="00000000">
      <w:pPr>
        <w:rPr>
          <w:rFonts w:hint="eastAsia"/>
        </w:rPr>
      </w:pPr>
      <w:r>
        <w:rPr>
          <w:rFonts w:eastAsia="TH SarabunPSK"/>
        </w:rPr>
        <w:t>สัญญาเช่าฉบับนี้ทำขึ้นระหว่าง..............................................................</w:t>
      </w:r>
    </w:p>
    <w:p w14:paraId="33ECF717" w14:textId="77777777" w:rsidR="00DA4092" w:rsidRDefault="00000000">
      <w:pPr>
        <w:rPr>
          <w:rFonts w:hint="eastAsia"/>
        </w:rPr>
      </w:pPr>
      <w:r>
        <w:rPr>
          <w:rFonts w:eastAsia="TH SarabunPSK"/>
        </w:rPr>
        <w:t>อยู่บ้านเลขที่..........................ถนน..........................ตำบล..........................</w:t>
      </w:r>
    </w:p>
    <w:p w14:paraId="24CFFB22" w14:textId="77777777" w:rsidR="00DA4092" w:rsidRDefault="00000000">
      <w:pPr>
        <w:rPr>
          <w:rFonts w:hint="eastAsia"/>
        </w:rPr>
      </w:pPr>
      <w:r>
        <w:rPr>
          <w:rFonts w:eastAsia="TH SarabunPSK"/>
        </w:rPr>
        <w:t>อำเภอ..........................กรุงเทพมหานคร ซึ่งต่อไปในสัญญานี้จะเรียกว่า “ผู้ให้เช่า” ฝ่ายหนึ่ง</w:t>
      </w:r>
    </w:p>
    <w:p w14:paraId="59E20FA8" w14:textId="77777777" w:rsidR="00DA4092" w:rsidRDefault="00000000">
      <w:pPr>
        <w:rPr>
          <w:rFonts w:hint="eastAsia"/>
        </w:rPr>
      </w:pPr>
      <w:r>
        <w:rPr>
          <w:rFonts w:eastAsia="TH SarabunPSK"/>
        </w:rPr>
        <w:t>กับ..............................................................</w:t>
      </w:r>
    </w:p>
    <w:p w14:paraId="507F84BC" w14:textId="77777777" w:rsidR="00DA4092" w:rsidRDefault="00000000">
      <w:pPr>
        <w:rPr>
          <w:rFonts w:hint="eastAsia"/>
        </w:rPr>
      </w:pPr>
      <w:r>
        <w:rPr>
          <w:rFonts w:eastAsia="TH SarabunPSK"/>
        </w:rPr>
        <w:t>อยู่บ้านเลขที่..........................ถนน..........................ตำบล..........................</w:t>
      </w:r>
    </w:p>
    <w:p w14:paraId="4713FEEE" w14:textId="77777777" w:rsidR="00DA4092" w:rsidRDefault="00000000">
      <w:pPr>
        <w:rPr>
          <w:rFonts w:hint="eastAsia"/>
        </w:rPr>
      </w:pPr>
      <w:r>
        <w:rPr>
          <w:rFonts w:eastAsia="TH SarabunPSK"/>
        </w:rPr>
        <w:t>อำเภอ..........................จังหวัด..........................</w:t>
      </w:r>
    </w:p>
    <w:p w14:paraId="6527DA1C" w14:textId="77777777" w:rsidR="00DA4092" w:rsidRDefault="00000000">
      <w:pPr>
        <w:rPr>
          <w:rFonts w:hint="eastAsia"/>
        </w:rPr>
      </w:pPr>
      <w:r>
        <w:rPr>
          <w:rFonts w:eastAsia="TH SarabunPSK"/>
        </w:rPr>
        <w:t>ซึ่งต่อไปในสัญญานี้จะเรียกว่า “ผู้เช่า” อีกฝ่ายหนึ่ง</w:t>
      </w:r>
      <w:r>
        <w:rPr>
          <w:rFonts w:eastAsia="TH SarabunPSK"/>
        </w:rPr>
        <w:br/>
      </w:r>
    </w:p>
    <w:p w14:paraId="44E7425B" w14:textId="77777777" w:rsidR="00DA4092" w:rsidRDefault="00000000">
      <w:pPr>
        <w:rPr>
          <w:rFonts w:hint="eastAsia"/>
        </w:rPr>
      </w:pPr>
      <w:r>
        <w:rPr>
          <w:rFonts w:eastAsia="TH SarabunPSK"/>
        </w:rPr>
        <w:t>คู่สัญญาทั้งสองฝ่ายตกลงทำสัญญากันโดยมีเงื่อนไขและรายละเอียดดังต่อไปนี้</w:t>
      </w:r>
      <w:r>
        <w:rPr>
          <w:rFonts w:eastAsia="TH SarabunPSK"/>
        </w:rPr>
        <w:br/>
      </w:r>
    </w:p>
    <w:p w14:paraId="76E98342" w14:textId="77777777" w:rsidR="00DA4092" w:rsidRDefault="00000000">
      <w:pPr>
        <w:rPr>
          <w:rFonts w:hint="eastAsia"/>
        </w:rPr>
      </w:pPr>
      <w:r>
        <w:rPr>
          <w:rFonts w:eastAsia="TH SarabunPSK"/>
        </w:rPr>
        <w:t>ข้อ 1. ผู้ให้เช่าตกลงให้เช่าและผู้เช่าตกลงเช่าทรัพย์สินคือ</w:t>
      </w:r>
    </w:p>
    <w:p w14:paraId="775D71E2" w14:textId="77777777" w:rsidR="00DA4092" w:rsidRDefault="00000000">
      <w:pPr>
        <w:rPr>
          <w:rFonts w:hint="eastAsia"/>
        </w:rPr>
      </w:pPr>
      <w:r>
        <w:rPr>
          <w:rFonts w:eastAsia="TH SarabunPSK"/>
        </w:rPr>
        <w:t>............................................................................................................................</w:t>
      </w:r>
    </w:p>
    <w:p w14:paraId="56E6F57E" w14:textId="77777777" w:rsidR="00DA4092" w:rsidRDefault="00000000">
      <w:pPr>
        <w:rPr>
          <w:rFonts w:hint="eastAsia"/>
        </w:rPr>
      </w:pPr>
      <w:r>
        <w:rPr>
          <w:rFonts w:eastAsia="TH SarabunPSK"/>
        </w:rPr>
        <w:t>............................................................................................................................</w:t>
      </w:r>
    </w:p>
    <w:p w14:paraId="7564CF7E" w14:textId="77777777" w:rsidR="00DA4092" w:rsidRDefault="00000000">
      <w:pPr>
        <w:rPr>
          <w:rFonts w:hint="eastAsia"/>
        </w:rPr>
      </w:pPr>
      <w:r>
        <w:rPr>
          <w:rFonts w:eastAsia="TH SarabunPSK"/>
        </w:rPr>
        <w:t>เพื่อประโยชน์ในการอยู่อาศัยของผู้เช่า</w:t>
      </w:r>
    </w:p>
    <w:p w14:paraId="3779041E" w14:textId="77777777" w:rsidR="00DA4092" w:rsidRDefault="00000000">
      <w:pPr>
        <w:rPr>
          <w:rFonts w:hint="eastAsia"/>
        </w:rPr>
      </w:pPr>
      <w:r>
        <w:rPr>
          <w:rFonts w:eastAsia="TH SarabunPSK"/>
        </w:rPr>
        <w:lastRenderedPageBreak/>
        <w:t>ข้อ 2. คู่สัญญาตกลงเช่าทรัพย์สินตามข้อ 1 มีกำหนด ............ ปี นับตั้งแต่วันที่.........................ถึงวันที่.........................</w:t>
      </w:r>
    </w:p>
    <w:p w14:paraId="389FC9BE" w14:textId="77777777" w:rsidR="00DA4092" w:rsidRDefault="00000000">
      <w:pPr>
        <w:rPr>
          <w:rFonts w:hint="eastAsia"/>
        </w:rPr>
      </w:pPr>
      <w:r>
        <w:rPr>
          <w:rFonts w:eastAsia="TH SarabunPSK"/>
        </w:rPr>
        <w:t>ข้อ 3. ผู้เช่าตกลงชำระเงินค่าเช่าให้แก่ผู้ให้เช่าเป็นรายเดือน โดยกำหนดชำระภายในวันที่..................ของทุกเดือน ในอัตราค่าเช่าเดือนละ..................บาท (.................................)</w:t>
      </w:r>
    </w:p>
    <w:p w14:paraId="650B4581" w14:textId="77777777" w:rsidR="00DA4092" w:rsidRDefault="00000000">
      <w:pPr>
        <w:rPr>
          <w:rFonts w:hint="eastAsia"/>
        </w:rPr>
      </w:pPr>
      <w:r>
        <w:rPr>
          <w:rFonts w:eastAsia="TH SarabunPSK"/>
        </w:rPr>
        <w:t>ข้อ 4. การชำระค่าเช่า ผู้เช่าจะต้องนำเงินค่าเช่าไปชำระ ณ ภูมิลำเนาของผู้ให้เช่า หรือตัวแทนผู้ให้เช่าไปเก็บเงินจากผู้เช่า ซึ่งจะไม่ถือเป็นการลบล้างหน้าที่ของผู้เช่า</w:t>
      </w:r>
    </w:p>
    <w:p w14:paraId="7C764AA3" w14:textId="77777777" w:rsidR="00DA4092" w:rsidRDefault="00000000">
      <w:pPr>
        <w:rPr>
          <w:rFonts w:hint="eastAsia"/>
        </w:rPr>
      </w:pPr>
      <w:r>
        <w:rPr>
          <w:rFonts w:eastAsia="TH SarabunPSK"/>
        </w:rPr>
        <w:t>ข้อ 5. ผู้เช่าตกลงชำระค่าภาษีโรงเรือนและค่าภาษีที่ดินแทนผู้ให้เช่า</w:t>
      </w:r>
    </w:p>
    <w:p w14:paraId="611A5B2E" w14:textId="77777777" w:rsidR="00DA4092" w:rsidRDefault="00000000">
      <w:pPr>
        <w:rPr>
          <w:rFonts w:hint="eastAsia"/>
        </w:rPr>
      </w:pPr>
      <w:r>
        <w:rPr>
          <w:rFonts w:eastAsia="TH SarabunPSK"/>
        </w:rPr>
        <w:t>ข้อ 6. ผู้เช่าจะใช้ทรัพย์สินเพื่อประโยชน์อื่นใดนอกเหนือจากข้อ 1 ได้ต่อเมื่อได้รับความยินยอมเป็นหนังสือจากผู้ให้เช่า และห้ามมิให้ใช้เพื่อกิจการอันไม่ชอบด้วยกฎหมายโดยเด็ดขาด</w:t>
      </w:r>
    </w:p>
    <w:p w14:paraId="4B28D93D" w14:textId="77777777" w:rsidR="00DA4092" w:rsidRDefault="00000000">
      <w:pPr>
        <w:rPr>
          <w:rFonts w:hint="eastAsia"/>
        </w:rPr>
      </w:pPr>
      <w:r>
        <w:rPr>
          <w:rFonts w:eastAsia="TH SarabunPSK"/>
        </w:rPr>
        <w:t>ข้อ 7. ผู้เช่าจะต้องดูแลทรัพย์สินเสมือนเป็นของตนเอง รักษาความสะอาดและความสงบเรียบร้อยตามกฎหมายทุกประการ</w:t>
      </w:r>
    </w:p>
    <w:p w14:paraId="7922D7B7" w14:textId="77777777" w:rsidR="00DA4092" w:rsidRDefault="00000000">
      <w:pPr>
        <w:rPr>
          <w:rFonts w:hint="eastAsia"/>
        </w:rPr>
      </w:pPr>
      <w:r>
        <w:rPr>
          <w:rFonts w:eastAsia="TH SarabunPSK"/>
        </w:rPr>
        <w:t>ข้อ 8. ผู้เช่าจะโอนสิทธิการเช่า หรือนำทรัพย์สินให้ผู้อื่นเช่าช่วงไม่ได้ เว้นแต่ได้รับความยินยอมเป็นลายลักษณ์อักษรจากผู้ให้เช่า</w:t>
      </w:r>
    </w:p>
    <w:p w14:paraId="48BA9086" w14:textId="77777777" w:rsidR="00DA4092" w:rsidRDefault="00000000">
      <w:pPr>
        <w:rPr>
          <w:rFonts w:hint="eastAsia"/>
        </w:rPr>
      </w:pPr>
      <w:r>
        <w:rPr>
          <w:rFonts w:eastAsia="TH SarabunPSK"/>
        </w:rPr>
        <w:t>ข้อ 9. การดัดแปลง ต่อเติม หรือรื้อถอนทรัพย์สิน ต้องได้รับความยินยอมเป็นหนังสือจากผู้ให้เช่าก่อนเท่านั้น</w:t>
      </w:r>
    </w:p>
    <w:p w14:paraId="38474710" w14:textId="77777777" w:rsidR="00DA4092" w:rsidRDefault="00000000">
      <w:pPr>
        <w:rPr>
          <w:rFonts w:hint="eastAsia"/>
        </w:rPr>
      </w:pPr>
      <w:r>
        <w:rPr>
          <w:rFonts w:eastAsia="TH SarabunPSK"/>
        </w:rPr>
        <w:t>ข้อ 10. ผู้เช่าต้องรับผิดชอบต่อความเสียหายใด ๆ ที่เกิดขึ้นแก่ทรัพย์สิน อันเนื่องจากตนเอง ผู้เช่าช่วง บุคคลในครอบครัว หรือบุคคลใดที่เข้าอาศัยอยู่ด้วย</w:t>
      </w:r>
    </w:p>
    <w:p w14:paraId="217DF73F" w14:textId="77777777" w:rsidR="00DA4092" w:rsidRDefault="00000000">
      <w:pPr>
        <w:rPr>
          <w:rFonts w:hint="eastAsia"/>
        </w:rPr>
      </w:pPr>
      <w:r>
        <w:rPr>
          <w:rFonts w:eastAsia="TH SarabunPSK"/>
        </w:rPr>
        <w:t>ข้อ 11. หากผู้เช่าผิดสัญญาโดยไม่ชำระค่าเช่าตามข้อ 3 ผู้ให้เช่ามีสิทธิกลับเข้าครอบครองทรัพย์สินทันที และผู้เช่ายอมให้ผู้ให้เช่าย้ายทรัพย์สินหรือบุคคลออกจากสถานที่เช่าได้</w:t>
      </w:r>
    </w:p>
    <w:p w14:paraId="7882FBD5" w14:textId="77777777" w:rsidR="00DA4092" w:rsidRDefault="00000000">
      <w:pPr>
        <w:rPr>
          <w:rFonts w:hint="eastAsia"/>
        </w:rPr>
      </w:pPr>
      <w:r>
        <w:rPr>
          <w:rFonts w:eastAsia="TH SarabunPSK"/>
        </w:rPr>
        <w:lastRenderedPageBreak/>
        <w:t>ข้อ 12. ผู้เช่าได้ตรวจสอบทรัพย์สินแล้ว เห็นว่ามีสภาพปกติ และได้รับการส่งมอบทรัพย์สินจากผู้ให้เช่าเรียบร้อยแล้ว</w:t>
      </w:r>
      <w:r>
        <w:rPr>
          <w:rFonts w:eastAsia="TH SarabunPSK"/>
        </w:rPr>
        <w:br/>
      </w:r>
    </w:p>
    <w:p w14:paraId="54041350" w14:textId="77777777" w:rsidR="00DA4092" w:rsidRDefault="00000000">
      <w:pPr>
        <w:rPr>
          <w:rFonts w:hint="eastAsia"/>
        </w:rPr>
      </w:pPr>
      <w:r>
        <w:rPr>
          <w:rFonts w:eastAsia="TH SarabunPSK"/>
        </w:rPr>
        <w:t>คู่สัญญาทั้งสองฝ่ายได้อ่านและเข้าใจเงื่อนไขสัญญานี้โดยชัดเจน จึงลงลายมือชื่อไว้เป็นสำคัญต่อหน้าพยาน</w:t>
      </w:r>
      <w:r>
        <w:rPr>
          <w:rFonts w:eastAsia="TH SarabunPSK"/>
        </w:rPr>
        <w:br/>
      </w:r>
    </w:p>
    <w:p w14:paraId="3B65C47F" w14:textId="77777777" w:rsidR="00DA4092" w:rsidRDefault="00000000">
      <w:pPr>
        <w:rPr>
          <w:rFonts w:hint="eastAsia"/>
        </w:rPr>
      </w:pPr>
      <w:r>
        <w:rPr>
          <w:rFonts w:eastAsia="TH SarabunPSK"/>
        </w:rPr>
        <w:t>ลงชื่อ.....................................................ผู้ให้เช่า</w:t>
      </w:r>
    </w:p>
    <w:p w14:paraId="4A300D35" w14:textId="77777777" w:rsidR="00DA4092" w:rsidRDefault="00000000">
      <w:pPr>
        <w:rPr>
          <w:rFonts w:hint="eastAsia"/>
        </w:rPr>
      </w:pPr>
      <w:r>
        <w:rPr>
          <w:rFonts w:eastAsia="TH SarabunPSK"/>
        </w:rPr>
        <w:t>(.....................................................)</w:t>
      </w:r>
      <w:r>
        <w:rPr>
          <w:rFonts w:eastAsia="TH SarabunPSK"/>
        </w:rPr>
        <w:br/>
      </w:r>
    </w:p>
    <w:p w14:paraId="307798A0" w14:textId="77777777" w:rsidR="00DA4092" w:rsidRDefault="00000000">
      <w:pPr>
        <w:rPr>
          <w:rFonts w:hint="eastAsia"/>
        </w:rPr>
      </w:pPr>
      <w:r>
        <w:rPr>
          <w:rFonts w:eastAsia="TH SarabunPSK"/>
        </w:rPr>
        <w:t>ลงชื่อ.....................................................ผู้เช่า</w:t>
      </w:r>
    </w:p>
    <w:p w14:paraId="7726FAF4" w14:textId="77777777" w:rsidR="00DA4092" w:rsidRDefault="00000000">
      <w:pPr>
        <w:rPr>
          <w:rFonts w:hint="eastAsia"/>
        </w:rPr>
      </w:pPr>
      <w:r>
        <w:rPr>
          <w:rFonts w:eastAsia="TH SarabunPSK"/>
        </w:rPr>
        <w:t>(.....................................................)</w:t>
      </w:r>
      <w:r>
        <w:rPr>
          <w:rFonts w:eastAsia="TH SarabunPSK"/>
        </w:rPr>
        <w:br/>
      </w:r>
    </w:p>
    <w:p w14:paraId="2D7651C3" w14:textId="77777777" w:rsidR="00DA4092" w:rsidRDefault="00000000">
      <w:pPr>
        <w:rPr>
          <w:rFonts w:hint="eastAsia"/>
        </w:rPr>
      </w:pPr>
      <w:r>
        <w:rPr>
          <w:rFonts w:eastAsia="TH SarabunPSK"/>
        </w:rPr>
        <w:t>ลงชื่อ.....................................................พยาน</w:t>
      </w:r>
    </w:p>
    <w:p w14:paraId="2F2B67B4" w14:textId="77777777" w:rsidR="00DA4092" w:rsidRDefault="00000000">
      <w:pPr>
        <w:rPr>
          <w:rFonts w:hint="eastAsia"/>
        </w:rPr>
      </w:pPr>
      <w:r>
        <w:rPr>
          <w:rFonts w:eastAsia="TH SarabunPSK"/>
        </w:rPr>
        <w:t>(.....................................................)</w:t>
      </w:r>
      <w:r>
        <w:rPr>
          <w:rFonts w:eastAsia="TH SarabunPSK"/>
        </w:rPr>
        <w:br/>
      </w:r>
    </w:p>
    <w:p w14:paraId="2F363145" w14:textId="77777777" w:rsidR="00DA4092" w:rsidRDefault="00000000">
      <w:pPr>
        <w:rPr>
          <w:rFonts w:hint="eastAsia"/>
        </w:rPr>
      </w:pPr>
      <w:r>
        <w:rPr>
          <w:rFonts w:eastAsia="TH SarabunPSK"/>
        </w:rPr>
        <w:t>ลงชื่อ.....................................................พยาน</w:t>
      </w:r>
    </w:p>
    <w:p w14:paraId="4D0CE57A" w14:textId="77777777" w:rsidR="00DA4092" w:rsidRDefault="00000000">
      <w:pPr>
        <w:rPr>
          <w:rFonts w:hint="eastAsia"/>
        </w:rPr>
      </w:pPr>
      <w:r>
        <w:rPr>
          <w:rFonts w:eastAsia="TH SarabunPSK"/>
        </w:rPr>
        <w:t>(.....................................................)</w:t>
      </w:r>
    </w:p>
    <w:sectPr w:rsidR="00DA4092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519397327">
    <w:abstractNumId w:val="8"/>
  </w:num>
  <w:num w:numId="2" w16cid:durableId="954025933">
    <w:abstractNumId w:val="6"/>
  </w:num>
  <w:num w:numId="3" w16cid:durableId="1119102701">
    <w:abstractNumId w:val="5"/>
  </w:num>
  <w:num w:numId="4" w16cid:durableId="2064253512">
    <w:abstractNumId w:val="4"/>
  </w:num>
  <w:num w:numId="5" w16cid:durableId="1454246194">
    <w:abstractNumId w:val="7"/>
  </w:num>
  <w:num w:numId="6" w16cid:durableId="1603998938">
    <w:abstractNumId w:val="3"/>
  </w:num>
  <w:num w:numId="7" w16cid:durableId="415595958">
    <w:abstractNumId w:val="2"/>
  </w:num>
  <w:num w:numId="8" w16cid:durableId="1863203493">
    <w:abstractNumId w:val="1"/>
  </w:num>
  <w:num w:numId="9" w16cid:durableId="21188671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B20E0"/>
    <w:rsid w:val="0015074B"/>
    <w:rsid w:val="0029639D"/>
    <w:rsid w:val="00326F90"/>
    <w:rsid w:val="00543A47"/>
    <w:rsid w:val="00AA1D8D"/>
    <w:rsid w:val="00B47730"/>
    <w:rsid w:val="00CB0664"/>
    <w:rsid w:val="00DA409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245C5E4"/>
  <w14:defaultImageDpi w14:val="300"/>
  <w15:docId w15:val="{995EA46A-E0EF-4CE9-B3F8-9A573182D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TH SarabunPSK" w:hAnsi="TH SarabunPSK"/>
      <w:sz w:val="32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501</Words>
  <Characters>2859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3354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Poovong Posai</cp:lastModifiedBy>
  <cp:revision>2</cp:revision>
  <dcterms:created xsi:type="dcterms:W3CDTF">2025-07-10T10:34:00Z</dcterms:created>
  <dcterms:modified xsi:type="dcterms:W3CDTF">2025-07-10T10:34:00Z</dcterms:modified>
  <cp:category/>
</cp:coreProperties>
</file>