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0EB4B" w14:textId="5FC05130" w:rsidR="004A60B9" w:rsidRPr="00624D32" w:rsidRDefault="00624D32">
      <w:pPr>
        <w:pStyle w:val="Heading1"/>
        <w:rPr>
          <w:rFonts w:ascii="TH SarabunPSK" w:hAnsi="TH SarabunPSK" w:cs="TH SarabunPSK" w:hint="cs"/>
          <w:sz w:val="32"/>
          <w:szCs w:val="32"/>
        </w:rPr>
      </w:pPr>
      <w:r w:rsidRPr="00624D32">
        <w:rPr>
          <w:rFonts w:ascii="TH SarabunPSK" w:hAnsi="TH SarabunPSK" w:cs="TH SarabunPSK" w:hint="cs"/>
          <w:sz w:val="32"/>
          <w:szCs w:val="32"/>
        </w:rPr>
        <w:tab/>
      </w:r>
      <w:r w:rsidRPr="00624D32">
        <w:rPr>
          <w:rFonts w:ascii="TH SarabunPSK" w:hAnsi="TH SarabunPSK" w:cs="TH SarabunPSK" w:hint="cs"/>
          <w:sz w:val="32"/>
          <w:szCs w:val="32"/>
        </w:rPr>
        <w:tab/>
      </w:r>
      <w:r w:rsidRPr="00624D32">
        <w:rPr>
          <w:rFonts w:ascii="TH SarabunPSK" w:hAnsi="TH SarabunPSK" w:cs="TH SarabunPSK" w:hint="cs"/>
          <w:sz w:val="32"/>
          <w:szCs w:val="32"/>
        </w:rPr>
        <w:tab/>
      </w:r>
      <w:r w:rsidRPr="00624D32">
        <w:rPr>
          <w:rFonts w:ascii="TH SarabunPSK" w:hAnsi="TH SarabunPSK" w:cs="TH SarabunPSK" w:hint="cs"/>
          <w:sz w:val="32"/>
          <w:szCs w:val="32"/>
        </w:rPr>
        <w:tab/>
      </w:r>
      <w:r w:rsidRPr="00624D32">
        <w:rPr>
          <w:rFonts w:ascii="TH SarabunPSK" w:hAnsi="TH SarabunPSK" w:cs="TH SarabunPSK" w:hint="cs"/>
          <w:sz w:val="32"/>
          <w:szCs w:val="32"/>
        </w:rPr>
        <w:tab/>
      </w:r>
      <w:proofErr w:type="spellStart"/>
      <w:r w:rsidRPr="00624D32">
        <w:rPr>
          <w:rFonts w:ascii="TH SarabunPSK" w:hAnsi="TH SarabunPSK" w:cs="TH SarabunPSK" w:hint="cs"/>
          <w:color w:val="000000" w:themeColor="text1"/>
          <w:sz w:val="32"/>
          <w:szCs w:val="32"/>
        </w:rPr>
        <w:t>สัญญาโอนสิทธิการเช่า</w:t>
      </w:r>
      <w:proofErr w:type="spellEnd"/>
    </w:p>
    <w:p w14:paraId="1ACF48AE" w14:textId="77777777" w:rsidR="004A60B9" w:rsidRPr="00624D32" w:rsidRDefault="00624D32">
      <w:pPr>
        <w:rPr>
          <w:rFonts w:ascii="TH SarabunPSK" w:hAnsi="TH SarabunPSK" w:cs="TH SarabunPSK" w:hint="cs"/>
          <w:sz w:val="32"/>
          <w:szCs w:val="32"/>
        </w:rPr>
      </w:pPr>
      <w:r w:rsidRPr="00624D32">
        <w:rPr>
          <w:rFonts w:ascii="TH SarabunPSK" w:hAnsi="TH SarabunPSK" w:cs="TH SarabunPSK" w:hint="cs"/>
          <w:sz w:val="32"/>
          <w:szCs w:val="32"/>
        </w:rPr>
        <w:t>สัญญาฉบับนี้ทำขึ้นเมื่อวันที่................................................</w:t>
      </w:r>
    </w:p>
    <w:p w14:paraId="1D240A0A" w14:textId="77777777" w:rsidR="004A60B9" w:rsidRPr="00624D32" w:rsidRDefault="00624D32">
      <w:pPr>
        <w:rPr>
          <w:rFonts w:ascii="TH SarabunPSK" w:hAnsi="TH SarabunPSK" w:cs="TH SarabunPSK"/>
          <w:sz w:val="32"/>
          <w:szCs w:val="32"/>
        </w:rPr>
      </w:pPr>
      <w:r w:rsidRPr="00624D32">
        <w:rPr>
          <w:rFonts w:ascii="TH SarabunPSK" w:hAnsi="TH SarabunPSK" w:cs="TH SarabunPSK" w:hint="cs"/>
          <w:sz w:val="32"/>
          <w:szCs w:val="32"/>
        </w:rPr>
        <w:t>ณ เลขที่.................................................................</w:t>
      </w:r>
    </w:p>
    <w:p w14:paraId="0AA1D869" w14:textId="77777777" w:rsidR="004A60B9" w:rsidRPr="00624D32" w:rsidRDefault="00624D32">
      <w:pPr>
        <w:rPr>
          <w:rFonts w:ascii="TH SarabunPSK" w:hAnsi="TH SarabunPSK" w:cs="TH SarabunPSK" w:hint="cs"/>
          <w:sz w:val="32"/>
          <w:szCs w:val="32"/>
        </w:rPr>
      </w:pPr>
      <w:r w:rsidRPr="00624D32">
        <w:rPr>
          <w:rFonts w:ascii="TH SarabunPSK" w:hAnsi="TH SarabunPSK" w:cs="TH SarabunPSK" w:hint="cs"/>
          <w:sz w:val="32"/>
          <w:szCs w:val="32"/>
        </w:rPr>
        <w:t>ระหว่าง...................................................................... โดย...................................................................... อยู่เลขที่...................................................................... ซึ่งต่อไปในสัญญานี้เรียกว่า “ผู้โอน” ฝ่ายหนึ่ง</w:t>
      </w:r>
    </w:p>
    <w:p w14:paraId="7DF7DF26" w14:textId="77777777" w:rsidR="004A60B9" w:rsidRPr="00624D32" w:rsidRDefault="00624D32">
      <w:pPr>
        <w:rPr>
          <w:rFonts w:ascii="TH SarabunPSK" w:hAnsi="TH SarabunPSK" w:cs="TH SarabunPSK" w:hint="cs"/>
          <w:sz w:val="32"/>
          <w:szCs w:val="32"/>
        </w:rPr>
      </w:pPr>
      <w:r w:rsidRPr="00624D32">
        <w:rPr>
          <w:rFonts w:ascii="TH SarabunPSK" w:hAnsi="TH SarabunPSK" w:cs="TH SarabunPSK" w:hint="cs"/>
          <w:sz w:val="32"/>
          <w:szCs w:val="32"/>
        </w:rPr>
        <w:t>กับข้าพเจ้า...................................................................... โดย...................................................................... อยู่เลขที่...................................................................... ซึ่งต่อไปในสัญญานี้เรียกว่า “ผู้รับโอน” อีกฝ่ายหนึ่ง</w:t>
      </w:r>
    </w:p>
    <w:p w14:paraId="2938BF0D" w14:textId="77777777" w:rsidR="004A60B9" w:rsidRPr="00624D32" w:rsidRDefault="00624D32">
      <w:pPr>
        <w:rPr>
          <w:rFonts w:ascii="TH SarabunPSK" w:hAnsi="TH SarabunPSK" w:cs="TH SarabunPSK" w:hint="cs"/>
          <w:sz w:val="32"/>
          <w:szCs w:val="32"/>
        </w:rPr>
      </w:pPr>
      <w:r w:rsidRPr="00624D32">
        <w:rPr>
          <w:rFonts w:ascii="TH SarabunPSK" w:hAnsi="TH SarabunPSK" w:cs="TH SarabunPSK" w:hint="cs"/>
          <w:sz w:val="32"/>
          <w:szCs w:val="32"/>
        </w:rPr>
        <w:t>ทั้งสองฝ่ายตกลงกันมีข้อความดังต่อไปนี้:</w:t>
      </w:r>
    </w:p>
    <w:p w14:paraId="01060E26" w14:textId="77777777" w:rsidR="004A60B9" w:rsidRPr="00624D32" w:rsidRDefault="00624D32">
      <w:pPr>
        <w:rPr>
          <w:rFonts w:ascii="TH SarabunPSK" w:hAnsi="TH SarabunPSK" w:cs="TH SarabunPSK" w:hint="cs"/>
          <w:sz w:val="32"/>
          <w:szCs w:val="32"/>
        </w:rPr>
      </w:pPr>
      <w:r w:rsidRPr="00624D32">
        <w:rPr>
          <w:rFonts w:ascii="TH SarabunPSK" w:hAnsi="TH SarabunPSK" w:cs="TH SarabunPSK" w:hint="cs"/>
          <w:sz w:val="32"/>
          <w:szCs w:val="32"/>
        </w:rPr>
        <w:t>ข้อ 1. ผู้โอนตกลงโอน และผู้รับโอนตกลงรับโอนสิทธิและหน้าที่ตามสัญญาเช่าระหว่างผู้โอนกับ...................................................... ผู้ให้เช่า จำนวน..........................ฉบับ เกี่ยวกับการเช่าพื้นที่ในอาคาร เลขที่...................................................... มีกำหนดอายุสัญญาเช่า...........ปี เริ่มตั้งแต่...................................................... และสิ้นสุดในวันที่......................................................</w:t>
      </w:r>
    </w:p>
    <w:p w14:paraId="605972A9" w14:textId="77777777" w:rsidR="004A60B9" w:rsidRPr="00624D32" w:rsidRDefault="00624D32">
      <w:pPr>
        <w:rPr>
          <w:rFonts w:ascii="TH SarabunPSK" w:hAnsi="TH SarabunPSK" w:cs="TH SarabunPSK" w:hint="cs"/>
          <w:sz w:val="32"/>
          <w:szCs w:val="32"/>
        </w:rPr>
      </w:pPr>
      <w:r w:rsidRPr="00624D32">
        <w:rPr>
          <w:rFonts w:ascii="TH SarabunPSK" w:hAnsi="TH SarabunPSK" w:cs="TH SarabunPSK" w:hint="cs"/>
          <w:sz w:val="32"/>
          <w:szCs w:val="32"/>
        </w:rPr>
        <w:t>ข้อ 2. การโอนสิทธิการเช่าอาคารดังกล่าว ผู้รับโอนยอมชำระค่าตอบแทนให้กับผู้โอนเป็นเงิน......................บาท (......................................................) ภายในวันที่...................................................... โดยผู้โอนจะทำการโอนสิทธิการเช่าให้กับผู้รับโอนในวันที่ผู้รับโอนได้ชำระค่าตอบแทนแก่ผู้โอน ณ......................................................</w:t>
      </w:r>
    </w:p>
    <w:p w14:paraId="6290B9B3" w14:textId="77777777" w:rsidR="004A60B9" w:rsidRPr="00624D32" w:rsidRDefault="00624D32">
      <w:pPr>
        <w:rPr>
          <w:rFonts w:ascii="TH SarabunPSK" w:hAnsi="TH SarabunPSK" w:cs="TH SarabunPSK" w:hint="cs"/>
          <w:sz w:val="32"/>
          <w:szCs w:val="32"/>
        </w:rPr>
      </w:pPr>
      <w:r w:rsidRPr="00624D32">
        <w:rPr>
          <w:rFonts w:ascii="TH SarabunPSK" w:hAnsi="TH SarabunPSK" w:cs="TH SarabunPSK" w:hint="cs"/>
          <w:sz w:val="32"/>
          <w:szCs w:val="32"/>
        </w:rPr>
        <w:t>ข้อ 3. หากผู้รับโอนผิดสัญญาไม่ชำระเงินค่าตอบแทนให้แก่ผู้โอนภายในวันเวลาที่กำหนด หรือในกรณีที่ผู้ให้เช่าไม่ยอมให้มีการโอนสิทธิการเช่าตามข้อ 1. คู่สัญญาทั้งสองฝ่ายตกลงให้ถือว่าสัญญานี้เป็นอันยกเลิก และจะไม่เรียกร้องค่าเสียหายต่อกัน</w:t>
      </w:r>
    </w:p>
    <w:p w14:paraId="6530FA71" w14:textId="77777777" w:rsidR="004A60B9" w:rsidRPr="00624D32" w:rsidRDefault="00624D32">
      <w:pPr>
        <w:rPr>
          <w:rFonts w:ascii="TH SarabunPSK" w:hAnsi="TH SarabunPSK" w:cs="TH SarabunPSK" w:hint="cs"/>
          <w:sz w:val="32"/>
          <w:szCs w:val="32"/>
        </w:rPr>
      </w:pPr>
      <w:r w:rsidRPr="00624D32">
        <w:rPr>
          <w:rFonts w:ascii="TH SarabunPSK" w:hAnsi="TH SarabunPSK" w:cs="TH SarabunPSK" w:hint="cs"/>
          <w:sz w:val="32"/>
          <w:szCs w:val="32"/>
        </w:rPr>
        <w:lastRenderedPageBreak/>
        <w:t>ข้อ 4. ผู้รับโอนตกลงรับผิดชอบค่าเช่าที่ค้างชำระกับผู้ให้เช่า รวมถึงค่าใช้จ่ายต่าง ๆ ที่เกิดจากการโอนสิทธิ เช่น ค่าธรรมเนียม หรือค่าใช้จ่ายอื่นใดที่เกี่ยวข้อง ผู้รับโอนจะเป็นผู้รับผิดชอบแต่เพียงฝ่ายเดียว</w:t>
      </w:r>
    </w:p>
    <w:p w14:paraId="2304A8E7" w14:textId="77777777" w:rsidR="004A60B9" w:rsidRPr="00624D32" w:rsidRDefault="00624D32">
      <w:pPr>
        <w:rPr>
          <w:rFonts w:ascii="TH SarabunPSK" w:hAnsi="TH SarabunPSK" w:cs="TH SarabunPSK" w:hint="cs"/>
          <w:sz w:val="32"/>
          <w:szCs w:val="32"/>
        </w:rPr>
      </w:pPr>
      <w:r w:rsidRPr="00624D32">
        <w:rPr>
          <w:rFonts w:ascii="TH SarabunPSK" w:hAnsi="TH SarabunPSK" w:cs="TH SarabunPSK" w:hint="cs"/>
          <w:sz w:val="32"/>
          <w:szCs w:val="32"/>
        </w:rPr>
        <w:t>สัญญานี้จัดทำขึ้นเป็นสองฉบับ มีข้อความถูกต้องตรงกัน ทั้งสองฝ่ายได้อ่านและเข้าใจข้อความในสัญญานี้โดยตลอด และลงลายมือชื่อไว้เป็นสำคัญต่อหน้าพยาน</w:t>
      </w:r>
    </w:p>
    <w:p w14:paraId="04D07652" w14:textId="77777777" w:rsidR="004A60B9" w:rsidRPr="00624D32" w:rsidRDefault="00624D32">
      <w:pPr>
        <w:rPr>
          <w:rFonts w:ascii="TH SarabunPSK" w:hAnsi="TH SarabunPSK" w:cs="TH SarabunPSK" w:hint="cs"/>
          <w:sz w:val="32"/>
          <w:szCs w:val="32"/>
        </w:rPr>
      </w:pPr>
      <w:r w:rsidRPr="00624D32">
        <w:rPr>
          <w:rFonts w:ascii="TH SarabunPSK" w:hAnsi="TH SarabunPSK" w:cs="TH SarabunPSK" w:hint="cs"/>
          <w:sz w:val="32"/>
          <w:szCs w:val="32"/>
        </w:rPr>
        <w:t>ลงชื่อ......................................................</w:t>
      </w:r>
    </w:p>
    <w:p w14:paraId="4C57D771" w14:textId="77777777" w:rsidR="004A60B9" w:rsidRPr="00624D32" w:rsidRDefault="00624D32">
      <w:pPr>
        <w:rPr>
          <w:rFonts w:ascii="TH SarabunPSK" w:hAnsi="TH SarabunPSK" w:cs="TH SarabunPSK" w:hint="cs"/>
          <w:sz w:val="32"/>
          <w:szCs w:val="32"/>
        </w:rPr>
      </w:pPr>
      <w:r w:rsidRPr="00624D32">
        <w:rPr>
          <w:rFonts w:ascii="TH SarabunPSK" w:hAnsi="TH SarabunPSK" w:cs="TH SarabunPSK" w:hint="cs"/>
          <w:sz w:val="32"/>
          <w:szCs w:val="32"/>
        </w:rPr>
        <w:t>(......................................................)</w:t>
      </w:r>
    </w:p>
    <w:p w14:paraId="60F0F7F8" w14:textId="77777777" w:rsidR="004A60B9" w:rsidRPr="00624D32" w:rsidRDefault="00624D32">
      <w:pPr>
        <w:rPr>
          <w:rFonts w:ascii="TH SarabunPSK" w:hAnsi="TH SarabunPSK" w:cs="TH SarabunPSK" w:hint="cs"/>
          <w:sz w:val="32"/>
          <w:szCs w:val="32"/>
        </w:rPr>
      </w:pPr>
      <w:r w:rsidRPr="00624D32">
        <w:rPr>
          <w:rFonts w:ascii="TH SarabunPSK" w:hAnsi="TH SarabunPSK" w:cs="TH SarabunPSK" w:hint="cs"/>
          <w:sz w:val="32"/>
          <w:szCs w:val="32"/>
        </w:rPr>
        <w:t>ผู้โอน</w:t>
      </w:r>
    </w:p>
    <w:p w14:paraId="1765D0D8" w14:textId="77777777" w:rsidR="004A60B9" w:rsidRPr="00624D32" w:rsidRDefault="004A60B9">
      <w:pPr>
        <w:rPr>
          <w:rFonts w:ascii="TH SarabunPSK" w:hAnsi="TH SarabunPSK" w:cs="TH SarabunPSK" w:hint="cs"/>
          <w:sz w:val="32"/>
          <w:szCs w:val="32"/>
        </w:rPr>
      </w:pPr>
    </w:p>
    <w:p w14:paraId="3809A997" w14:textId="77777777" w:rsidR="004A60B9" w:rsidRPr="00624D32" w:rsidRDefault="00624D32">
      <w:pPr>
        <w:rPr>
          <w:rFonts w:ascii="TH SarabunPSK" w:hAnsi="TH SarabunPSK" w:cs="TH SarabunPSK" w:hint="cs"/>
          <w:sz w:val="32"/>
          <w:szCs w:val="32"/>
        </w:rPr>
      </w:pPr>
      <w:r w:rsidRPr="00624D32">
        <w:rPr>
          <w:rFonts w:ascii="TH SarabunPSK" w:hAnsi="TH SarabunPSK" w:cs="TH SarabunPSK" w:hint="cs"/>
          <w:sz w:val="32"/>
          <w:szCs w:val="32"/>
        </w:rPr>
        <w:t>ลงชื่อ......................................................</w:t>
      </w:r>
    </w:p>
    <w:p w14:paraId="65BBC565" w14:textId="77777777" w:rsidR="004A60B9" w:rsidRPr="00624D32" w:rsidRDefault="00624D32">
      <w:pPr>
        <w:rPr>
          <w:rFonts w:ascii="TH SarabunPSK" w:hAnsi="TH SarabunPSK" w:cs="TH SarabunPSK" w:hint="cs"/>
          <w:sz w:val="32"/>
          <w:szCs w:val="32"/>
        </w:rPr>
      </w:pPr>
      <w:r w:rsidRPr="00624D32">
        <w:rPr>
          <w:rFonts w:ascii="TH SarabunPSK" w:hAnsi="TH SarabunPSK" w:cs="TH SarabunPSK" w:hint="cs"/>
          <w:sz w:val="32"/>
          <w:szCs w:val="32"/>
        </w:rPr>
        <w:t>(......................................................)</w:t>
      </w:r>
    </w:p>
    <w:p w14:paraId="6F908EBA" w14:textId="77777777" w:rsidR="004A60B9" w:rsidRPr="00624D32" w:rsidRDefault="00624D32">
      <w:pPr>
        <w:rPr>
          <w:rFonts w:ascii="TH SarabunPSK" w:hAnsi="TH SarabunPSK" w:cs="TH SarabunPSK" w:hint="cs"/>
          <w:sz w:val="32"/>
          <w:szCs w:val="32"/>
        </w:rPr>
      </w:pPr>
      <w:r w:rsidRPr="00624D32">
        <w:rPr>
          <w:rFonts w:ascii="TH SarabunPSK" w:hAnsi="TH SarabunPSK" w:cs="TH SarabunPSK" w:hint="cs"/>
          <w:sz w:val="32"/>
          <w:szCs w:val="32"/>
        </w:rPr>
        <w:t>ผู้รับโอน</w:t>
      </w:r>
    </w:p>
    <w:p w14:paraId="17C06A03" w14:textId="77777777" w:rsidR="004A60B9" w:rsidRPr="00624D32" w:rsidRDefault="004A60B9">
      <w:pPr>
        <w:rPr>
          <w:rFonts w:ascii="TH SarabunPSK" w:hAnsi="TH SarabunPSK" w:cs="TH SarabunPSK" w:hint="cs"/>
          <w:sz w:val="32"/>
          <w:szCs w:val="32"/>
        </w:rPr>
      </w:pPr>
    </w:p>
    <w:p w14:paraId="4BAFB30E" w14:textId="77777777" w:rsidR="004A60B9" w:rsidRPr="00624D32" w:rsidRDefault="00624D32">
      <w:pPr>
        <w:rPr>
          <w:rFonts w:ascii="TH SarabunPSK" w:hAnsi="TH SarabunPSK" w:cs="TH SarabunPSK" w:hint="cs"/>
          <w:sz w:val="32"/>
          <w:szCs w:val="32"/>
        </w:rPr>
      </w:pPr>
      <w:r w:rsidRPr="00624D32">
        <w:rPr>
          <w:rFonts w:ascii="TH SarabunPSK" w:hAnsi="TH SarabunPSK" w:cs="TH SarabunPSK" w:hint="cs"/>
          <w:sz w:val="32"/>
          <w:szCs w:val="32"/>
        </w:rPr>
        <w:t>ลงชื่อ......................................................</w:t>
      </w:r>
    </w:p>
    <w:p w14:paraId="2E75023E" w14:textId="77777777" w:rsidR="004A60B9" w:rsidRPr="00624D32" w:rsidRDefault="00624D32">
      <w:pPr>
        <w:rPr>
          <w:rFonts w:ascii="TH SarabunPSK" w:hAnsi="TH SarabunPSK" w:cs="TH SarabunPSK" w:hint="cs"/>
          <w:sz w:val="32"/>
          <w:szCs w:val="32"/>
        </w:rPr>
      </w:pPr>
      <w:r w:rsidRPr="00624D32">
        <w:rPr>
          <w:rFonts w:ascii="TH SarabunPSK" w:hAnsi="TH SarabunPSK" w:cs="TH SarabunPSK" w:hint="cs"/>
          <w:sz w:val="32"/>
          <w:szCs w:val="32"/>
        </w:rPr>
        <w:t>(......................................................)</w:t>
      </w:r>
    </w:p>
    <w:p w14:paraId="59E3DC6A" w14:textId="77777777" w:rsidR="004A60B9" w:rsidRPr="00624D32" w:rsidRDefault="00624D32">
      <w:pPr>
        <w:rPr>
          <w:rFonts w:ascii="TH SarabunPSK" w:hAnsi="TH SarabunPSK" w:cs="TH SarabunPSK" w:hint="cs"/>
          <w:sz w:val="32"/>
          <w:szCs w:val="32"/>
        </w:rPr>
      </w:pPr>
      <w:r w:rsidRPr="00624D32">
        <w:rPr>
          <w:rFonts w:ascii="TH SarabunPSK" w:hAnsi="TH SarabunPSK" w:cs="TH SarabunPSK" w:hint="cs"/>
          <w:sz w:val="32"/>
          <w:szCs w:val="32"/>
        </w:rPr>
        <w:t>พยาน</w:t>
      </w:r>
    </w:p>
    <w:p w14:paraId="158BAAD3" w14:textId="77777777" w:rsidR="004A60B9" w:rsidRPr="00624D32" w:rsidRDefault="004A60B9">
      <w:pPr>
        <w:rPr>
          <w:rFonts w:ascii="TH SarabunPSK" w:hAnsi="TH SarabunPSK" w:cs="TH SarabunPSK" w:hint="cs"/>
          <w:sz w:val="32"/>
          <w:szCs w:val="32"/>
        </w:rPr>
      </w:pPr>
    </w:p>
    <w:p w14:paraId="2A250BBD" w14:textId="77777777" w:rsidR="004A60B9" w:rsidRPr="00624D32" w:rsidRDefault="00624D32">
      <w:pPr>
        <w:rPr>
          <w:rFonts w:ascii="TH SarabunPSK" w:hAnsi="TH SarabunPSK" w:cs="TH SarabunPSK" w:hint="cs"/>
          <w:sz w:val="32"/>
          <w:szCs w:val="32"/>
        </w:rPr>
      </w:pPr>
      <w:r w:rsidRPr="00624D32">
        <w:rPr>
          <w:rFonts w:ascii="TH SarabunPSK" w:hAnsi="TH SarabunPSK" w:cs="TH SarabunPSK" w:hint="cs"/>
          <w:sz w:val="32"/>
          <w:szCs w:val="32"/>
        </w:rPr>
        <w:t>ลงชื่อ......................................................</w:t>
      </w:r>
    </w:p>
    <w:p w14:paraId="6A401624" w14:textId="77777777" w:rsidR="004A60B9" w:rsidRPr="00624D32" w:rsidRDefault="00624D32">
      <w:pPr>
        <w:rPr>
          <w:rFonts w:ascii="TH SarabunPSK" w:hAnsi="TH SarabunPSK" w:cs="TH SarabunPSK" w:hint="cs"/>
          <w:sz w:val="32"/>
          <w:szCs w:val="32"/>
        </w:rPr>
      </w:pPr>
      <w:r w:rsidRPr="00624D32">
        <w:rPr>
          <w:rFonts w:ascii="TH SarabunPSK" w:hAnsi="TH SarabunPSK" w:cs="TH SarabunPSK" w:hint="cs"/>
          <w:sz w:val="32"/>
          <w:szCs w:val="32"/>
        </w:rPr>
        <w:t>(......................................................)</w:t>
      </w:r>
    </w:p>
    <w:p w14:paraId="52705189" w14:textId="120FF185" w:rsidR="004A60B9" w:rsidRPr="00624D32" w:rsidRDefault="00624D32">
      <w:pPr>
        <w:rPr>
          <w:rFonts w:ascii="TH SarabunPSK" w:hAnsi="TH SarabunPSK" w:cs="TH SarabunPSK" w:hint="cs"/>
          <w:sz w:val="32"/>
          <w:szCs w:val="32"/>
        </w:rPr>
      </w:pPr>
      <w:r w:rsidRPr="00624D32">
        <w:rPr>
          <w:rFonts w:ascii="TH SarabunPSK" w:hAnsi="TH SarabunPSK" w:cs="TH SarabunPSK" w:hint="cs"/>
          <w:sz w:val="32"/>
          <w:szCs w:val="32"/>
        </w:rPr>
        <w:t>พยาน</w:t>
      </w:r>
    </w:p>
    <w:sectPr w:rsidR="004A60B9" w:rsidRPr="00624D32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93554029">
    <w:abstractNumId w:val="8"/>
  </w:num>
  <w:num w:numId="2" w16cid:durableId="2070422850">
    <w:abstractNumId w:val="6"/>
  </w:num>
  <w:num w:numId="3" w16cid:durableId="1733767508">
    <w:abstractNumId w:val="5"/>
  </w:num>
  <w:num w:numId="4" w16cid:durableId="1247226995">
    <w:abstractNumId w:val="4"/>
  </w:num>
  <w:num w:numId="5" w16cid:durableId="1238323434">
    <w:abstractNumId w:val="7"/>
  </w:num>
  <w:num w:numId="6" w16cid:durableId="197400350">
    <w:abstractNumId w:val="3"/>
  </w:num>
  <w:num w:numId="7" w16cid:durableId="1410343629">
    <w:abstractNumId w:val="2"/>
  </w:num>
  <w:num w:numId="8" w16cid:durableId="1493721543">
    <w:abstractNumId w:val="1"/>
  </w:num>
  <w:num w:numId="9" w16cid:durableId="846990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A60B9"/>
    <w:rsid w:val="00624D32"/>
    <w:rsid w:val="00AA1D8D"/>
    <w:rsid w:val="00AB4A00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2D55BCD"/>
  <w14:defaultImageDpi w14:val="300"/>
  <w15:docId w15:val="{9630F564-E370-4661-8D48-EC186A269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2693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ทนาย ภูวงษ์ โพธิ์ไทร</cp:lastModifiedBy>
  <cp:revision>2</cp:revision>
  <dcterms:created xsi:type="dcterms:W3CDTF">2025-07-25T23:30:00Z</dcterms:created>
  <dcterms:modified xsi:type="dcterms:W3CDTF">2025-07-25T23:30:00Z</dcterms:modified>
  <cp:category/>
</cp:coreProperties>
</file>