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B8289" w14:textId="77777777" w:rsidR="00A8226C" w:rsidRDefault="00BA64DC">
      <w:pPr>
        <w:jc w:val="center"/>
        <w:rPr>
          <w:rFonts w:hint="eastAsia"/>
        </w:rPr>
      </w:pPr>
      <w:r>
        <w:rPr>
          <w:b/>
          <w:sz w:val="40"/>
        </w:rPr>
        <w:t>สัญญาโอนสิทธิการเช่าอาคารตึกแถว</w:t>
      </w:r>
    </w:p>
    <w:p w14:paraId="16EB7F70" w14:textId="67DBD3E7" w:rsidR="00A8226C" w:rsidRDefault="00BA64DC">
      <w:pPr>
        <w:rPr>
          <w:rFonts w:hint="eastAsia"/>
        </w:rPr>
      </w:pPr>
      <w:r>
        <w:t xml:space="preserve">สัญญานี้ทำขึ้นที่ .................................................... </w:t>
      </w:r>
      <w:r>
        <w:br/>
      </w:r>
      <w:proofErr w:type="spellStart"/>
      <w:r>
        <w:t>เมื่อวันที่</w:t>
      </w:r>
      <w:proofErr w:type="spellEnd"/>
      <w:r>
        <w:t xml:space="preserve"> ............... เดือน ................................ พ.ศ. ..................</w:t>
      </w:r>
    </w:p>
    <w:p w14:paraId="6384B1F8" w14:textId="4F1D9459" w:rsidR="00A8226C" w:rsidRDefault="00BA64DC">
      <w:pPr>
        <w:rPr>
          <w:rFonts w:hint="eastAsia"/>
        </w:rPr>
      </w:pPr>
      <w:r>
        <w:t xml:space="preserve">ระหว่าง .................................................... อายุ ........ </w:t>
      </w:r>
      <w:proofErr w:type="spellStart"/>
      <w:r>
        <w:t>ปี</w:t>
      </w:r>
      <w:proofErr w:type="spellEnd"/>
      <w:r>
        <w:t xml:space="preserve"> </w:t>
      </w:r>
      <w:r>
        <w:br/>
      </w:r>
      <w:proofErr w:type="spellStart"/>
      <w:r>
        <w:t>อยู่บ้านเลขที่</w:t>
      </w:r>
      <w:proofErr w:type="spellEnd"/>
      <w:r>
        <w:t xml:space="preserve"> .................................................... ซึ่งต่อไปจะเรียกว่า “ผู้โอน” ฝ่ายหนึ่ง</w:t>
      </w:r>
      <w:r>
        <w:br/>
        <w:t xml:space="preserve">กับ .................................................... อายุ ........ </w:t>
      </w:r>
      <w:proofErr w:type="spellStart"/>
      <w:r>
        <w:t>ปี</w:t>
      </w:r>
      <w:proofErr w:type="spellEnd"/>
      <w:r>
        <w:t xml:space="preserve"> </w:t>
      </w:r>
      <w:r>
        <w:br/>
      </w:r>
      <w:proofErr w:type="spellStart"/>
      <w:r>
        <w:t>อยู่บ้านเลขที่</w:t>
      </w:r>
      <w:proofErr w:type="spellEnd"/>
      <w:r>
        <w:t xml:space="preserve"> .................................................... ซึ่งต่อไปจะเรียกว่า “ผู้รับโอน” อีกฝ่ายหนึ่ง ทั้งสองฝ่ายตกลงทำสัญญานี้กันดังมีข้อความต่อไปนี้</w:t>
      </w:r>
    </w:p>
    <w:p w14:paraId="74AC5F77" w14:textId="77777777" w:rsidR="00A8226C" w:rsidRDefault="00BA64DC">
      <w:pPr>
        <w:rPr>
          <w:rFonts w:hint="eastAsia"/>
        </w:rPr>
      </w:pPr>
      <w:r>
        <w:t>ข้อ 1. สิทธิการเช่า</w:t>
      </w:r>
    </w:p>
    <w:p w14:paraId="13D75969" w14:textId="3CD0FFDC" w:rsidR="00A8226C" w:rsidRDefault="00BA64DC">
      <w:pPr>
        <w:rPr>
          <w:rFonts w:hint="eastAsia"/>
        </w:rPr>
      </w:pPr>
      <w:r>
        <w:t xml:space="preserve">ผู้โอนเป็นผู้มีสิทธิการเช่าอาคารตึกแถว จำนวน ............... ชั้น ............... </w:t>
      </w:r>
      <w:r>
        <w:br/>
      </w:r>
      <w:proofErr w:type="spellStart"/>
      <w:r>
        <w:t>ห้อง</w:t>
      </w:r>
      <w:proofErr w:type="spellEnd"/>
      <w:r>
        <w:t xml:space="preserve"> </w:t>
      </w:r>
      <w:proofErr w:type="spellStart"/>
      <w:r>
        <w:t>ตั้งอยู่เลขที่</w:t>
      </w:r>
      <w:proofErr w:type="spellEnd"/>
      <w:r>
        <w:t xml:space="preserve"> .................................................... ซึ่งมีสัญญาเช่ากับเจ้าของทรัพย์โดยชอบด้วยกฎหมาย</w:t>
      </w:r>
    </w:p>
    <w:p w14:paraId="478DCA51" w14:textId="77777777" w:rsidR="00A8226C" w:rsidRDefault="00BA64DC">
      <w:pPr>
        <w:rPr>
          <w:rFonts w:hint="eastAsia"/>
        </w:rPr>
      </w:pPr>
      <w:r>
        <w:t>ข้อ 2. การโอนสิทธิและค่าตอบแทน</w:t>
      </w:r>
    </w:p>
    <w:p w14:paraId="25974F9B" w14:textId="77777777" w:rsidR="00A8226C" w:rsidRDefault="00BA64DC">
      <w:pPr>
        <w:rPr>
          <w:rFonts w:hint="eastAsia"/>
        </w:rPr>
      </w:pPr>
      <w:r>
        <w:t>ผู้โอนตกลงโอนสิทธิการเช่าตามที่ระบุข้างต้นให้แก่ผู้รับโอน และผู้รับโอนตกลงรับโอนสิทธิการเช่าดังกล่าว โดยจะมีการโอนสิทธิ ณ วันที่ผู้รับโอนชำระเงินค่าตอบแทนแก่ผู้โอนเต็มจำนวน ณ ที่ว่าการเขต หรือที่ว่าการอำเภอซึ่งอาคารตั้งอยู่</w:t>
      </w:r>
    </w:p>
    <w:p w14:paraId="38D5C068" w14:textId="77777777" w:rsidR="00A8226C" w:rsidRDefault="00BA64DC">
      <w:pPr>
        <w:rPr>
          <w:rFonts w:hint="eastAsia"/>
        </w:rPr>
      </w:pPr>
      <w:r>
        <w:t>ข้อ 3. เงื่อนไขการเลิกสัญญา</w:t>
      </w:r>
    </w:p>
    <w:p w14:paraId="7B431A1D" w14:textId="77777777" w:rsidR="00A8226C" w:rsidRDefault="00BA64DC">
      <w:pPr>
        <w:rPr>
          <w:rFonts w:hint="eastAsia"/>
        </w:rPr>
      </w:pPr>
      <w:r>
        <w:t>หากผู้รับโอนผิดนัดไม่ชำระค่าตอบแทนตามที่ตกลงไว้ในข้อ 2. คู่สัญญาทั้งสองฝ่ายตกลงให้สัญญานี้เป็นอันเลิกกันโดยไม่มีข้อผูกพันใด ๆ ต่อกัน</w:t>
      </w:r>
    </w:p>
    <w:p w14:paraId="584DBD8D" w14:textId="77777777" w:rsidR="00A8226C" w:rsidRDefault="00BA64DC">
      <w:pPr>
        <w:rPr>
          <w:rFonts w:hint="eastAsia"/>
        </w:rPr>
      </w:pPr>
      <w:r>
        <w:t>ข้อ 4. ค่าภาษีและค่าใช้จ่าย</w:t>
      </w:r>
    </w:p>
    <w:p w14:paraId="396D9D2B" w14:textId="77777777" w:rsidR="00A8226C" w:rsidRDefault="00BA64DC">
      <w:pPr>
        <w:rPr>
          <w:rFonts w:hint="eastAsia"/>
        </w:rPr>
      </w:pPr>
      <w:r>
        <w:lastRenderedPageBreak/>
        <w:t>ผู้รับโอนตกลงรับผิดชอบค่าภาษีอากร ค่าธรรมเนียม หรือค่าใช้จ่ายใด ๆ ที่เกิดจากการโอนสิทธิการเช่าตามสัญญานี้ฝ่ายเดียวทั้งหมด</w:t>
      </w:r>
    </w:p>
    <w:p w14:paraId="3D335762" w14:textId="77777777" w:rsidR="00A8226C" w:rsidRDefault="00BA64DC">
      <w:pPr>
        <w:rPr>
          <w:rFonts w:hint="eastAsia"/>
        </w:rPr>
      </w:pPr>
      <w:r>
        <w:t>ข้อ 5. การรับรองสิทธิ</w:t>
      </w:r>
    </w:p>
    <w:p w14:paraId="75AC1F7E" w14:textId="77777777" w:rsidR="00A8226C" w:rsidRDefault="00BA64DC">
      <w:pPr>
        <w:rPr>
          <w:rFonts w:hint="eastAsia"/>
        </w:rPr>
      </w:pPr>
      <w:r>
        <w:t>ผู้โอนรับรองว่าไม่มีภาระผูกพันหรือข้อพิพาทใด ๆ เกี่ยวกับสิทธิการเช่าในอาคารตึกแถวดังกล่าว และตกลงโอนสิทธิโดยสุจริตต่อผู้รับโอน</w:t>
      </w:r>
    </w:p>
    <w:p w14:paraId="67411D42" w14:textId="77777777" w:rsidR="00A8226C" w:rsidRDefault="00BA64DC">
      <w:pPr>
        <w:rPr>
          <w:rFonts w:hint="eastAsia"/>
        </w:rPr>
      </w:pPr>
      <w:r>
        <w:t>คู่สัญญาทั้งสองฝ่ายได้อ่านและเข้าใจข้อความในสัญญานี้โดยตลอด เห็นว่าถูกต้องตรงตามเจตนาจึงได้ลงลายมือชื่อไว้เป็นหลักฐานต่อหน้าพยาน และต่างยึดถือไว้ฝ่ายละฉบับ</w:t>
      </w:r>
    </w:p>
    <w:p w14:paraId="480C49D0" w14:textId="77777777" w:rsidR="00A8226C" w:rsidRDefault="00BA64DC">
      <w:pPr>
        <w:rPr>
          <w:rFonts w:hint="eastAsia"/>
        </w:rPr>
      </w:pPr>
      <w:r>
        <w:br/>
      </w:r>
      <w:r>
        <w:t>ลงชื่อ ................................................ ผู้โอน</w:t>
      </w:r>
    </w:p>
    <w:p w14:paraId="1A788C6D" w14:textId="77777777" w:rsidR="00A8226C" w:rsidRDefault="00BA64DC">
      <w:pPr>
        <w:rPr>
          <w:rFonts w:hint="eastAsia"/>
        </w:rPr>
      </w:pPr>
      <w:r>
        <w:t xml:space="preserve">        (................................................)</w:t>
      </w:r>
    </w:p>
    <w:p w14:paraId="1DAFFF9A" w14:textId="77777777" w:rsidR="00A8226C" w:rsidRDefault="00BA64DC">
      <w:pPr>
        <w:rPr>
          <w:rFonts w:hint="eastAsia"/>
        </w:rPr>
      </w:pPr>
      <w:r>
        <w:t>ลงชื่อ ................................................ ผู้รับโอน</w:t>
      </w:r>
    </w:p>
    <w:p w14:paraId="03ED6DCC" w14:textId="77777777" w:rsidR="00A8226C" w:rsidRDefault="00BA64DC">
      <w:pPr>
        <w:rPr>
          <w:rFonts w:hint="eastAsia"/>
        </w:rPr>
      </w:pPr>
      <w:r>
        <w:t xml:space="preserve">        (................................................)</w:t>
      </w:r>
    </w:p>
    <w:p w14:paraId="4699DD16" w14:textId="77777777" w:rsidR="00A8226C" w:rsidRDefault="00BA64DC">
      <w:pPr>
        <w:rPr>
          <w:rFonts w:hint="eastAsia"/>
        </w:rPr>
      </w:pPr>
      <w:r>
        <w:t>ลงชื่อ ................................................ พยาน</w:t>
      </w:r>
    </w:p>
    <w:p w14:paraId="17C374C1" w14:textId="77777777" w:rsidR="00A8226C" w:rsidRDefault="00BA64DC">
      <w:pPr>
        <w:rPr>
          <w:rFonts w:hint="eastAsia"/>
        </w:rPr>
      </w:pPr>
      <w:r>
        <w:t xml:space="preserve">        (................................................)</w:t>
      </w:r>
    </w:p>
    <w:p w14:paraId="4062C8D6" w14:textId="77777777" w:rsidR="00A8226C" w:rsidRDefault="00BA64DC">
      <w:pPr>
        <w:rPr>
          <w:rFonts w:hint="eastAsia"/>
        </w:rPr>
      </w:pPr>
      <w:r>
        <w:t>ลงชื่อ ................................................ พยาน</w:t>
      </w:r>
    </w:p>
    <w:p w14:paraId="28BF807A" w14:textId="77777777" w:rsidR="00A8226C" w:rsidRDefault="00BA64DC">
      <w:pPr>
        <w:rPr>
          <w:rFonts w:hint="eastAsia"/>
        </w:rPr>
      </w:pPr>
      <w:r>
        <w:t xml:space="preserve">        (................................................)</w:t>
      </w:r>
    </w:p>
    <w:sectPr w:rsidR="00A8226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Cordia New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29864148">
    <w:abstractNumId w:val="8"/>
  </w:num>
  <w:num w:numId="2" w16cid:durableId="1749308675">
    <w:abstractNumId w:val="6"/>
  </w:num>
  <w:num w:numId="3" w16cid:durableId="1138767792">
    <w:abstractNumId w:val="5"/>
  </w:num>
  <w:num w:numId="4" w16cid:durableId="1651250753">
    <w:abstractNumId w:val="4"/>
  </w:num>
  <w:num w:numId="5" w16cid:durableId="342323538">
    <w:abstractNumId w:val="7"/>
  </w:num>
  <w:num w:numId="6" w16cid:durableId="1721053746">
    <w:abstractNumId w:val="3"/>
  </w:num>
  <w:num w:numId="7" w16cid:durableId="1051727939">
    <w:abstractNumId w:val="2"/>
  </w:num>
  <w:num w:numId="8" w16cid:durableId="175119241">
    <w:abstractNumId w:val="1"/>
  </w:num>
  <w:num w:numId="9" w16cid:durableId="534318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904F36"/>
    <w:rsid w:val="00A8226C"/>
    <w:rsid w:val="00AA1D8D"/>
    <w:rsid w:val="00B47730"/>
    <w:rsid w:val="00BA64DC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063754"/>
  <w14:defaultImageDpi w14:val="300"/>
  <w15:docId w15:val="{9E9F7802-AEE1-4631-B5E6-5D5353309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 New" w:hAnsi="TH Sarabun New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ทนาย ภูวงษ์ โพธิ์ไทร</cp:lastModifiedBy>
  <cp:revision>2</cp:revision>
  <dcterms:created xsi:type="dcterms:W3CDTF">2025-07-26T00:02:00Z</dcterms:created>
  <dcterms:modified xsi:type="dcterms:W3CDTF">2025-07-26T00:02:00Z</dcterms:modified>
  <cp:category/>
</cp:coreProperties>
</file>