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2F938" w14:textId="77777777" w:rsidR="00EF3691" w:rsidRDefault="00C90B63">
      <w:pPr>
        <w:jc w:val="center"/>
        <w:rPr>
          <w:rFonts w:hint="eastAsia"/>
        </w:rPr>
      </w:pPr>
      <w:r>
        <w:rPr>
          <w:b/>
          <w:sz w:val="40"/>
        </w:rPr>
        <w:t>สัญญาโอนหุ้น</w:t>
      </w:r>
    </w:p>
    <w:p w14:paraId="2E5F9B95" w14:textId="77777777" w:rsidR="00EF3691" w:rsidRDefault="00C90B63">
      <w:pPr>
        <w:rPr>
          <w:rFonts w:hint="eastAsia"/>
        </w:rPr>
      </w:pPr>
      <w:r>
        <w:t>บริษัท ................................................ จำกัด</w:t>
      </w:r>
    </w:p>
    <w:p w14:paraId="24E06C7C" w14:textId="77777777" w:rsidR="00EF3691" w:rsidRDefault="00C90B63">
      <w:pPr>
        <w:rPr>
          <w:rFonts w:hint="eastAsia"/>
        </w:rPr>
      </w:pPr>
      <w:r>
        <w:t>สัญญานี้ทำขึ้น ณ ................................................ เมื่อวันที่ ............... เดือน ................................ พ.ศ. .................. เพื่อเป็นหลักฐานแสดงการโอนหุ้นของบริษัท ................................................ จำกัด ดังมีข้อความต่อไปนี้</w:t>
      </w:r>
    </w:p>
    <w:p w14:paraId="50AEA437" w14:textId="77777777" w:rsidR="00EF3691" w:rsidRDefault="00C90B63">
      <w:pPr>
        <w:rPr>
          <w:rFonts w:hint="eastAsia"/>
        </w:rPr>
      </w:pPr>
      <w:r>
        <w:t>ข้อ 1. ผู้โอนชื่อ ................................................</w:t>
      </w:r>
    </w:p>
    <w:p w14:paraId="56DEC3A5" w14:textId="77777777" w:rsidR="00EF3691" w:rsidRDefault="00C90B63">
      <w:pPr>
        <w:rPr>
          <w:rFonts w:hint="eastAsia"/>
        </w:rPr>
      </w:pPr>
      <w:r>
        <w:t>ข้อ 2. ผู้รับโอนชื่อ ................................................ สัญชาติ .................. อายุ ........ ปี</w:t>
      </w:r>
    </w:p>
    <w:p w14:paraId="3B047FD6" w14:textId="77777777" w:rsidR="00EF3691" w:rsidRDefault="00C90B63">
      <w:pPr>
        <w:rPr>
          <w:rFonts w:hint="eastAsia"/>
        </w:rPr>
      </w:pPr>
      <w:r>
        <w:t>ข้อ 3. โอนหุ้นจำนวน ........ หุ้น หมายเลขตั้งแต่เลขที่ ........ ถึงเลขที่ ........</w:t>
      </w:r>
    </w:p>
    <w:p w14:paraId="36A907FD" w14:textId="77777777" w:rsidR="00EF3691" w:rsidRDefault="00C90B63">
      <w:pPr>
        <w:rPr>
          <w:rFonts w:hint="eastAsia"/>
        </w:rPr>
      </w:pPr>
      <w:r>
        <w:t>ข้อ 4. ผู้โอนตกลงโอน และผู้รับโอนตกลงรับโอนหุ้นดังกล่าว โดยการ ................................................ แก่กัน ตั้งแต่วันที่ ............... เดือน ................................ พ.ศ. .................. เป็นราคาทั้งสิ้น ............... บาท (................................................) ผู้โอนยอมขาดจากการเป็นผู้ถือหุ้น และผู้รับโอนยอมเข้าเป็นผู้ถือหุ้นในบริษัทนี้ตั้งแต่วันทำสัญญานี้เป็นต้นไป</w:t>
      </w:r>
    </w:p>
    <w:p w14:paraId="0DA4472F" w14:textId="77777777" w:rsidR="00EF3691" w:rsidRDefault="00C90B63">
      <w:pPr>
        <w:rPr>
          <w:rFonts w:hint="eastAsia"/>
        </w:rPr>
      </w:pPr>
      <w:r>
        <w:t>ข้อ 5. ผู้โอนได้รับเงินค่าโอนครบถ้วนแล้วในวันทำสัญญานี้</w:t>
      </w:r>
    </w:p>
    <w:p w14:paraId="724B9A7B" w14:textId="77777777" w:rsidR="00EF3691" w:rsidRDefault="00C90B63">
      <w:pPr>
        <w:rPr>
          <w:rFonts w:hint="eastAsia"/>
        </w:rPr>
      </w:pPr>
      <w:r>
        <w:t>ข้อ 6. ผู้โอนตกลงโอนสิทธิและประโยชน์ทั้งหลายที่ตนพึงมีหรือได้รับจากบริษัท ทั้งก่อน ขณะ และภายหลังวันโอนให้แก่ผู้รับโอนด้วย โดยให้ถือว่าค่าตอบแทนทั้งหมดรวมอยู่ในเงินค่าโอนตามสัญญานี้แล้ว</w:t>
      </w:r>
    </w:p>
    <w:p w14:paraId="59725AAA" w14:textId="77777777" w:rsidR="00EF3691" w:rsidRDefault="00C90B63">
      <w:pPr>
        <w:rPr>
          <w:rFonts w:hint="eastAsia"/>
        </w:rPr>
      </w:pPr>
      <w:r>
        <w:br/>
      </w:r>
      <w:r>
        <w:t>ลงชื่อ ................................................ ผู้โอน</w:t>
      </w:r>
    </w:p>
    <w:p w14:paraId="130D20E0" w14:textId="77777777" w:rsidR="00EF3691" w:rsidRDefault="00C90B63">
      <w:pPr>
        <w:rPr>
          <w:rFonts w:hint="eastAsia"/>
        </w:rPr>
      </w:pPr>
      <w:r>
        <w:t xml:space="preserve">        (................................................)</w:t>
      </w:r>
    </w:p>
    <w:p w14:paraId="79B2E12D" w14:textId="77777777" w:rsidR="00EF3691" w:rsidRDefault="00C90B63">
      <w:pPr>
        <w:rPr>
          <w:rFonts w:hint="eastAsia"/>
        </w:rPr>
      </w:pPr>
      <w:r>
        <w:t>ลงชื่อ ................................................ ผู้รับโอน</w:t>
      </w:r>
    </w:p>
    <w:p w14:paraId="5E757734" w14:textId="77777777" w:rsidR="00EF3691" w:rsidRDefault="00C90B63">
      <w:pPr>
        <w:rPr>
          <w:rFonts w:hint="eastAsia"/>
        </w:rPr>
      </w:pPr>
      <w:r>
        <w:lastRenderedPageBreak/>
        <w:t xml:space="preserve">        (................................................)</w:t>
      </w:r>
    </w:p>
    <w:p w14:paraId="5B6AE978" w14:textId="77777777" w:rsidR="00EF3691" w:rsidRDefault="00C90B63">
      <w:pPr>
        <w:rPr>
          <w:rFonts w:hint="eastAsia"/>
        </w:rPr>
      </w:pPr>
      <w:r>
        <w:br/>
      </w:r>
      <w:r>
        <w:t>ลงชื่อ ................................................ พยาน</w:t>
      </w:r>
    </w:p>
    <w:p w14:paraId="2F8B89CB" w14:textId="77777777" w:rsidR="00EF3691" w:rsidRDefault="00C90B63">
      <w:pPr>
        <w:rPr>
          <w:rFonts w:hint="eastAsia"/>
        </w:rPr>
      </w:pPr>
      <w:r>
        <w:t xml:space="preserve">        (................................................)</w:t>
      </w:r>
    </w:p>
    <w:p w14:paraId="17320B7D" w14:textId="77777777" w:rsidR="00EF3691" w:rsidRDefault="00C90B63">
      <w:pPr>
        <w:rPr>
          <w:rFonts w:hint="eastAsia"/>
        </w:rPr>
      </w:pPr>
      <w:r>
        <w:t>ลงชื่อ ................................................ พยาน</w:t>
      </w:r>
    </w:p>
    <w:p w14:paraId="75EF6C9C" w14:textId="77777777" w:rsidR="00EF3691" w:rsidRDefault="00C90B63">
      <w:pPr>
        <w:rPr>
          <w:rFonts w:hint="eastAsia"/>
        </w:rPr>
      </w:pPr>
      <w:r>
        <w:t xml:space="preserve">        (................................................)</w:t>
      </w:r>
    </w:p>
    <w:p w14:paraId="7D269155" w14:textId="77777777" w:rsidR="00EF3691" w:rsidRDefault="00C90B63">
      <w:pPr>
        <w:rPr>
          <w:rFonts w:hint="eastAsia"/>
        </w:rPr>
      </w:pPr>
      <w:r>
        <w:br/>
      </w:r>
      <w:r>
        <w:t>อนุมัติให้โอนได้</w:t>
      </w:r>
    </w:p>
    <w:p w14:paraId="4BA2630A" w14:textId="77777777" w:rsidR="00EF3691" w:rsidRDefault="00C90B63">
      <w:pPr>
        <w:rPr>
          <w:rFonts w:hint="eastAsia"/>
        </w:rPr>
      </w:pPr>
      <w:r>
        <w:t>ลงชื่อ ................................................ กรรมการ</w:t>
      </w:r>
    </w:p>
    <w:p w14:paraId="2FBE4589" w14:textId="77777777" w:rsidR="00EF3691" w:rsidRDefault="00C90B63">
      <w:pPr>
        <w:rPr>
          <w:rFonts w:hint="eastAsia"/>
        </w:rPr>
      </w:pPr>
      <w:r>
        <w:t xml:space="preserve">        (................................................)</w:t>
      </w:r>
    </w:p>
    <w:p w14:paraId="317E5683" w14:textId="77777777" w:rsidR="00EF3691" w:rsidRDefault="00C90B63">
      <w:pPr>
        <w:rPr>
          <w:rFonts w:hint="eastAsia"/>
        </w:rPr>
      </w:pPr>
      <w:r>
        <w:t>ลงชื่อ ................................................ กรรมการ</w:t>
      </w:r>
    </w:p>
    <w:p w14:paraId="56C9ACD7" w14:textId="77777777" w:rsidR="00EF3691" w:rsidRDefault="00C90B63">
      <w:pPr>
        <w:rPr>
          <w:rFonts w:hint="eastAsia"/>
        </w:rPr>
      </w:pPr>
      <w:r>
        <w:t xml:space="preserve">        (................................................)</w:t>
      </w:r>
    </w:p>
    <w:sectPr w:rsidR="00EF369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Cordia New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86546880">
    <w:abstractNumId w:val="8"/>
  </w:num>
  <w:num w:numId="2" w16cid:durableId="1812359597">
    <w:abstractNumId w:val="6"/>
  </w:num>
  <w:num w:numId="3" w16cid:durableId="899630921">
    <w:abstractNumId w:val="5"/>
  </w:num>
  <w:num w:numId="4" w16cid:durableId="1940407733">
    <w:abstractNumId w:val="4"/>
  </w:num>
  <w:num w:numId="5" w16cid:durableId="1889611967">
    <w:abstractNumId w:val="7"/>
  </w:num>
  <w:num w:numId="6" w16cid:durableId="2089616824">
    <w:abstractNumId w:val="3"/>
  </w:num>
  <w:num w:numId="7" w16cid:durableId="2144734543">
    <w:abstractNumId w:val="2"/>
  </w:num>
  <w:num w:numId="8" w16cid:durableId="580024225">
    <w:abstractNumId w:val="1"/>
  </w:num>
  <w:num w:numId="9" w16cid:durableId="1798062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904F36"/>
    <w:rsid w:val="00AA1D8D"/>
    <w:rsid w:val="00B47730"/>
    <w:rsid w:val="00C90B63"/>
    <w:rsid w:val="00CB0664"/>
    <w:rsid w:val="00EF369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D29D82"/>
  <w14:defaultImageDpi w14:val="300"/>
  <w15:docId w15:val="{9E9F7802-AEE1-4631-B5E6-5D5353309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H Sarabun New" w:hAnsi="TH Sarabun New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ทนาย ภูวงษ์ โพธิ์ไทร</cp:lastModifiedBy>
  <cp:revision>2</cp:revision>
  <dcterms:created xsi:type="dcterms:W3CDTF">2025-07-26T00:03:00Z</dcterms:created>
  <dcterms:modified xsi:type="dcterms:W3CDTF">2025-07-26T00:03:00Z</dcterms:modified>
  <cp:category/>
</cp:coreProperties>
</file>